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A9AB" w14:textId="0E41053C" w:rsidR="003C07C1" w:rsidRPr="00D22148" w:rsidRDefault="003C07C1" w:rsidP="003C07C1">
      <w:pPr>
        <w:rPr>
          <w:rFonts w:ascii="Arial" w:eastAsiaTheme="majorEastAsia" w:hAnsi="Arial" w:cs="Arial"/>
          <w:b/>
          <w:bCs/>
        </w:rPr>
      </w:pPr>
      <w:r w:rsidRPr="0005441E">
        <w:rPr>
          <w:rFonts w:ascii="Arial" w:hAnsi="Arial" w:cs="Arial"/>
          <w:b/>
          <w:bCs/>
          <w:lang w:val="en-AU"/>
        </w:rPr>
        <w:t>Committee Approval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4"/>
        <w:gridCol w:w="6336"/>
      </w:tblGrid>
      <w:tr w:rsidR="003C07C1" w:rsidRPr="0005441E" w14:paraId="5736B7CD" w14:textId="77777777" w:rsidTr="002304E8">
        <w:trPr>
          <w:tblCellSpacing w:w="15" w:type="dxa"/>
        </w:trPr>
        <w:tc>
          <w:tcPr>
            <w:tcW w:w="0" w:type="auto"/>
            <w:vAlign w:val="center"/>
            <w:hideMark/>
          </w:tcPr>
          <w:p w14:paraId="6F98EB8C" w14:textId="77777777" w:rsidR="003C07C1" w:rsidRPr="0005441E" w:rsidRDefault="003C07C1" w:rsidP="002304E8">
            <w:pPr>
              <w:rPr>
                <w:rFonts w:ascii="Arial" w:hAnsi="Arial" w:cs="Arial"/>
                <w:b/>
                <w:bCs/>
                <w:lang w:val="en-AU"/>
              </w:rPr>
            </w:pPr>
            <w:r w:rsidRPr="0005441E">
              <w:rPr>
                <w:rFonts w:ascii="Arial" w:hAnsi="Arial" w:cs="Arial"/>
                <w:b/>
                <w:bCs/>
                <w:lang w:val="en-AU"/>
              </w:rPr>
              <w:t>Document Title</w:t>
            </w:r>
          </w:p>
        </w:tc>
        <w:tc>
          <w:tcPr>
            <w:tcW w:w="0" w:type="auto"/>
            <w:vAlign w:val="center"/>
            <w:hideMark/>
          </w:tcPr>
          <w:p w14:paraId="58913F50" w14:textId="185B3954" w:rsidR="003C07C1" w:rsidRPr="00190314" w:rsidRDefault="003C07C1" w:rsidP="002304E8">
            <w:pPr>
              <w:rPr>
                <w:rFonts w:ascii="Arial" w:hAnsi="Arial" w:cs="Arial"/>
                <w:lang w:val="en-AU"/>
              </w:rPr>
            </w:pPr>
            <w:r w:rsidRPr="00190314">
              <w:rPr>
                <w:rFonts w:ascii="Arial" w:hAnsi="Arial" w:cs="Arial"/>
                <w:lang w:val="en-AU"/>
              </w:rPr>
              <w:t>Volunteer Management Framework 2026–202</w:t>
            </w:r>
            <w:r w:rsidR="00D22148" w:rsidRPr="00190314">
              <w:rPr>
                <w:rFonts w:ascii="Arial" w:hAnsi="Arial" w:cs="Arial"/>
                <w:lang w:val="en-AU"/>
              </w:rPr>
              <w:t>8</w:t>
            </w:r>
          </w:p>
        </w:tc>
      </w:tr>
      <w:tr w:rsidR="00190314" w:rsidRPr="0005441E" w14:paraId="619A2FD8" w14:textId="77777777" w:rsidTr="002304E8">
        <w:trPr>
          <w:tblCellSpacing w:w="15" w:type="dxa"/>
        </w:trPr>
        <w:tc>
          <w:tcPr>
            <w:tcW w:w="0" w:type="auto"/>
            <w:vAlign w:val="center"/>
          </w:tcPr>
          <w:p w14:paraId="1BAA8D4D" w14:textId="17F5A347" w:rsidR="00190314" w:rsidRPr="0005441E" w:rsidRDefault="00190314" w:rsidP="002304E8">
            <w:pPr>
              <w:rPr>
                <w:rFonts w:ascii="Arial" w:hAnsi="Arial" w:cs="Arial"/>
                <w:b/>
                <w:bCs/>
                <w:lang w:val="en-AU"/>
              </w:rPr>
            </w:pPr>
            <w:r>
              <w:rPr>
                <w:rFonts w:ascii="Arial" w:hAnsi="Arial" w:cs="Arial"/>
                <w:b/>
                <w:bCs/>
                <w:lang w:val="en-AU"/>
              </w:rPr>
              <w:t>Applies to</w:t>
            </w:r>
          </w:p>
        </w:tc>
        <w:tc>
          <w:tcPr>
            <w:tcW w:w="0" w:type="auto"/>
            <w:vAlign w:val="center"/>
          </w:tcPr>
          <w:p w14:paraId="78FB73E6" w14:textId="5D49ADFA" w:rsidR="00190314" w:rsidRPr="00190314" w:rsidRDefault="00190314" w:rsidP="002304E8">
            <w:pPr>
              <w:rPr>
                <w:rFonts w:ascii="Arial" w:hAnsi="Arial" w:cs="Arial"/>
                <w:lang w:val="en-AU"/>
              </w:rPr>
            </w:pPr>
            <w:r w:rsidRPr="00190314">
              <w:rPr>
                <w:rFonts w:ascii="Arial" w:hAnsi="Arial" w:cs="Arial"/>
                <w:lang w:val="en-AU"/>
              </w:rPr>
              <w:t>All WDCC Volunteers</w:t>
            </w:r>
          </w:p>
        </w:tc>
      </w:tr>
      <w:tr w:rsidR="00190314" w:rsidRPr="0005441E" w14:paraId="157A8570" w14:textId="77777777" w:rsidTr="002304E8">
        <w:trPr>
          <w:tblCellSpacing w:w="15" w:type="dxa"/>
        </w:trPr>
        <w:tc>
          <w:tcPr>
            <w:tcW w:w="0" w:type="auto"/>
            <w:vAlign w:val="center"/>
          </w:tcPr>
          <w:p w14:paraId="50FE800B" w14:textId="212B23DD" w:rsidR="00190314" w:rsidRDefault="00190314" w:rsidP="002304E8">
            <w:pPr>
              <w:rPr>
                <w:rFonts w:ascii="Arial" w:hAnsi="Arial" w:cs="Arial"/>
                <w:b/>
                <w:bCs/>
                <w:lang w:val="en-AU"/>
              </w:rPr>
            </w:pPr>
            <w:r>
              <w:rPr>
                <w:rFonts w:ascii="Arial" w:hAnsi="Arial" w:cs="Arial"/>
                <w:b/>
                <w:bCs/>
                <w:lang w:val="en-AU"/>
              </w:rPr>
              <w:t>Related Documents</w:t>
            </w:r>
          </w:p>
        </w:tc>
        <w:tc>
          <w:tcPr>
            <w:tcW w:w="0" w:type="auto"/>
            <w:vAlign w:val="center"/>
          </w:tcPr>
          <w:p w14:paraId="4E8312F1" w14:textId="7EDB2904" w:rsidR="00190314" w:rsidRPr="00190314" w:rsidRDefault="00190314" w:rsidP="002304E8">
            <w:pPr>
              <w:rPr>
                <w:rFonts w:ascii="Arial" w:hAnsi="Arial" w:cs="Arial"/>
                <w:lang w:val="en-AU"/>
              </w:rPr>
            </w:pPr>
            <w:r w:rsidRPr="00190314">
              <w:rPr>
                <w:rFonts w:ascii="Arial" w:hAnsi="Arial" w:cs="Arial"/>
              </w:rPr>
              <w:t>Constitution, Strategic Plan, Child Safe Policy, Member Protection Policy</w:t>
            </w:r>
          </w:p>
        </w:tc>
      </w:tr>
      <w:tr w:rsidR="003C07C1" w:rsidRPr="0005441E" w14:paraId="7C878F6E" w14:textId="77777777" w:rsidTr="002304E8">
        <w:trPr>
          <w:tblCellSpacing w:w="15" w:type="dxa"/>
        </w:trPr>
        <w:tc>
          <w:tcPr>
            <w:tcW w:w="0" w:type="auto"/>
            <w:vAlign w:val="center"/>
            <w:hideMark/>
          </w:tcPr>
          <w:p w14:paraId="69362835" w14:textId="56A696CA" w:rsidR="003C07C1" w:rsidRPr="0005441E" w:rsidRDefault="00190314" w:rsidP="002304E8">
            <w:pPr>
              <w:rPr>
                <w:rFonts w:ascii="Arial" w:hAnsi="Arial" w:cs="Arial"/>
                <w:lang w:val="en-AU"/>
              </w:rPr>
            </w:pPr>
            <w:r w:rsidRPr="00190314">
              <w:rPr>
                <w:rFonts w:ascii="Arial" w:hAnsi="Arial" w:cs="Arial"/>
                <w:b/>
                <w:bCs/>
              </w:rPr>
              <w:t>Approval Authority</w:t>
            </w:r>
          </w:p>
        </w:tc>
        <w:tc>
          <w:tcPr>
            <w:tcW w:w="0" w:type="auto"/>
            <w:vAlign w:val="center"/>
            <w:hideMark/>
          </w:tcPr>
          <w:p w14:paraId="5DB1794E" w14:textId="77777777" w:rsidR="003C07C1" w:rsidRPr="0005441E" w:rsidRDefault="003C07C1" w:rsidP="002304E8">
            <w:pPr>
              <w:rPr>
                <w:rFonts w:ascii="Arial" w:hAnsi="Arial" w:cs="Arial"/>
                <w:lang w:val="en-AU"/>
              </w:rPr>
            </w:pPr>
            <w:r w:rsidRPr="0005441E">
              <w:rPr>
                <w:rFonts w:ascii="Arial" w:hAnsi="Arial" w:cs="Arial"/>
                <w:lang w:val="en-AU"/>
              </w:rPr>
              <w:t>Executive Committee</w:t>
            </w:r>
          </w:p>
        </w:tc>
      </w:tr>
      <w:tr w:rsidR="003C07C1" w:rsidRPr="0005441E" w14:paraId="59F7BB6C" w14:textId="77777777" w:rsidTr="002304E8">
        <w:trPr>
          <w:tblCellSpacing w:w="15" w:type="dxa"/>
        </w:trPr>
        <w:tc>
          <w:tcPr>
            <w:tcW w:w="0" w:type="auto"/>
            <w:vAlign w:val="center"/>
            <w:hideMark/>
          </w:tcPr>
          <w:p w14:paraId="779676F4" w14:textId="553211B4" w:rsidR="003C07C1" w:rsidRPr="0005441E" w:rsidRDefault="00190314" w:rsidP="002304E8">
            <w:pPr>
              <w:rPr>
                <w:rFonts w:ascii="Arial" w:hAnsi="Arial" w:cs="Arial"/>
                <w:lang w:val="en-AU"/>
              </w:rPr>
            </w:pPr>
            <w:r w:rsidRPr="00190314">
              <w:rPr>
                <w:rFonts w:ascii="Arial" w:hAnsi="Arial" w:cs="Arial"/>
                <w:b/>
                <w:bCs/>
              </w:rPr>
              <w:t>Responsible Officer</w:t>
            </w:r>
          </w:p>
        </w:tc>
        <w:tc>
          <w:tcPr>
            <w:tcW w:w="0" w:type="auto"/>
            <w:vAlign w:val="center"/>
            <w:hideMark/>
          </w:tcPr>
          <w:p w14:paraId="625E628E" w14:textId="77777777" w:rsidR="003C07C1" w:rsidRPr="0005441E" w:rsidRDefault="003C07C1" w:rsidP="002304E8">
            <w:pPr>
              <w:rPr>
                <w:rFonts w:ascii="Arial" w:hAnsi="Arial" w:cs="Arial"/>
                <w:lang w:val="en-AU"/>
              </w:rPr>
            </w:pPr>
            <w:r w:rsidRPr="0005441E">
              <w:rPr>
                <w:rFonts w:ascii="Arial" w:hAnsi="Arial" w:cs="Arial"/>
                <w:lang w:val="en-AU"/>
              </w:rPr>
              <w:t>Volunteer Coordinator</w:t>
            </w:r>
          </w:p>
        </w:tc>
      </w:tr>
      <w:tr w:rsidR="003C07C1" w:rsidRPr="0005441E" w14:paraId="78EDE5E3" w14:textId="77777777" w:rsidTr="002304E8">
        <w:trPr>
          <w:tblCellSpacing w:w="15" w:type="dxa"/>
        </w:trPr>
        <w:tc>
          <w:tcPr>
            <w:tcW w:w="0" w:type="auto"/>
            <w:vAlign w:val="center"/>
            <w:hideMark/>
          </w:tcPr>
          <w:p w14:paraId="1C1D2DB0" w14:textId="77777777" w:rsidR="003C07C1" w:rsidRPr="0005441E" w:rsidRDefault="003C07C1" w:rsidP="002304E8">
            <w:pPr>
              <w:rPr>
                <w:rFonts w:ascii="Arial" w:hAnsi="Arial" w:cs="Arial"/>
                <w:lang w:val="en-AU"/>
              </w:rPr>
            </w:pPr>
            <w:r w:rsidRPr="0005441E">
              <w:rPr>
                <w:rFonts w:ascii="Arial" w:hAnsi="Arial" w:cs="Arial"/>
                <w:b/>
                <w:bCs/>
                <w:lang w:val="en-AU"/>
              </w:rPr>
              <w:t>Version</w:t>
            </w:r>
          </w:p>
        </w:tc>
        <w:tc>
          <w:tcPr>
            <w:tcW w:w="0" w:type="auto"/>
            <w:vAlign w:val="center"/>
            <w:hideMark/>
          </w:tcPr>
          <w:p w14:paraId="266E84EB" w14:textId="248EED6E" w:rsidR="003C07C1" w:rsidRPr="0005441E" w:rsidRDefault="00394CBB" w:rsidP="002304E8">
            <w:pPr>
              <w:rPr>
                <w:rFonts w:ascii="Arial" w:hAnsi="Arial" w:cs="Arial"/>
                <w:lang w:val="en-AU"/>
              </w:rPr>
            </w:pPr>
            <w:r>
              <w:rPr>
                <w:rFonts w:ascii="Arial" w:hAnsi="Arial" w:cs="Arial"/>
                <w:lang w:val="en-AU"/>
              </w:rPr>
              <w:t>1</w:t>
            </w:r>
            <w:r w:rsidR="00190314">
              <w:rPr>
                <w:rFonts w:ascii="Arial" w:hAnsi="Arial" w:cs="Arial"/>
                <w:lang w:val="en-AU"/>
              </w:rPr>
              <w:t>.</w:t>
            </w:r>
            <w:r>
              <w:rPr>
                <w:rFonts w:ascii="Arial" w:hAnsi="Arial" w:cs="Arial"/>
                <w:lang w:val="en-AU"/>
              </w:rPr>
              <w:t>0 Draft</w:t>
            </w:r>
          </w:p>
        </w:tc>
      </w:tr>
      <w:tr w:rsidR="003C07C1" w:rsidRPr="0005441E" w14:paraId="17CC90E7" w14:textId="77777777" w:rsidTr="002304E8">
        <w:trPr>
          <w:tblCellSpacing w:w="15" w:type="dxa"/>
        </w:trPr>
        <w:tc>
          <w:tcPr>
            <w:tcW w:w="0" w:type="auto"/>
            <w:vAlign w:val="center"/>
            <w:hideMark/>
          </w:tcPr>
          <w:p w14:paraId="59993059" w14:textId="77777777" w:rsidR="003C07C1" w:rsidRPr="0005441E" w:rsidRDefault="003C07C1" w:rsidP="002304E8">
            <w:pPr>
              <w:rPr>
                <w:rFonts w:ascii="Arial" w:hAnsi="Arial" w:cs="Arial"/>
                <w:lang w:val="en-AU"/>
              </w:rPr>
            </w:pPr>
            <w:r w:rsidRPr="0005441E">
              <w:rPr>
                <w:rFonts w:ascii="Arial" w:hAnsi="Arial" w:cs="Arial"/>
                <w:b/>
                <w:bCs/>
                <w:lang w:val="en-AU"/>
              </w:rPr>
              <w:t>Status</w:t>
            </w:r>
          </w:p>
        </w:tc>
        <w:tc>
          <w:tcPr>
            <w:tcW w:w="0" w:type="auto"/>
            <w:vAlign w:val="center"/>
            <w:hideMark/>
          </w:tcPr>
          <w:p w14:paraId="64E09BF9" w14:textId="77777777" w:rsidR="003C07C1" w:rsidRPr="0005441E" w:rsidRDefault="003C07C1" w:rsidP="002304E8">
            <w:pPr>
              <w:rPr>
                <w:rFonts w:ascii="Arial" w:hAnsi="Arial" w:cs="Arial"/>
                <w:lang w:val="en-AU"/>
              </w:rPr>
            </w:pPr>
            <w:r w:rsidRPr="0005441E">
              <w:rPr>
                <w:rFonts w:ascii="Arial" w:hAnsi="Arial" w:cs="Arial"/>
                <w:lang w:val="en-AU"/>
              </w:rPr>
              <w:t>Draft for Committee Approval</w:t>
            </w:r>
          </w:p>
        </w:tc>
      </w:tr>
      <w:tr w:rsidR="003C07C1" w:rsidRPr="0005441E" w14:paraId="2479A9F5" w14:textId="77777777" w:rsidTr="002304E8">
        <w:trPr>
          <w:tblCellSpacing w:w="15" w:type="dxa"/>
        </w:trPr>
        <w:tc>
          <w:tcPr>
            <w:tcW w:w="0" w:type="auto"/>
            <w:vAlign w:val="center"/>
            <w:hideMark/>
          </w:tcPr>
          <w:p w14:paraId="1DDFA18C" w14:textId="77777777" w:rsidR="003C07C1" w:rsidRPr="0005441E" w:rsidRDefault="003C07C1" w:rsidP="002304E8">
            <w:pPr>
              <w:rPr>
                <w:rFonts w:ascii="Arial" w:hAnsi="Arial" w:cs="Arial"/>
                <w:lang w:val="en-AU"/>
              </w:rPr>
            </w:pPr>
            <w:r w:rsidRPr="0005441E">
              <w:rPr>
                <w:rFonts w:ascii="Arial" w:hAnsi="Arial" w:cs="Arial"/>
                <w:b/>
                <w:bCs/>
                <w:lang w:val="en-AU"/>
              </w:rPr>
              <w:t>Effective Date</w:t>
            </w:r>
          </w:p>
        </w:tc>
        <w:tc>
          <w:tcPr>
            <w:tcW w:w="0" w:type="auto"/>
            <w:vAlign w:val="center"/>
            <w:hideMark/>
          </w:tcPr>
          <w:p w14:paraId="2745311B" w14:textId="77777777" w:rsidR="003C07C1" w:rsidRPr="0005441E" w:rsidRDefault="003C07C1" w:rsidP="002304E8">
            <w:pPr>
              <w:rPr>
                <w:rFonts w:ascii="Arial" w:hAnsi="Arial" w:cs="Arial"/>
                <w:lang w:val="en-AU"/>
              </w:rPr>
            </w:pPr>
            <w:r w:rsidRPr="0005441E">
              <w:rPr>
                <w:rFonts w:ascii="Arial" w:hAnsi="Arial" w:cs="Arial"/>
                <w:lang w:val="en-AU"/>
              </w:rPr>
              <w:t>__________________________</w:t>
            </w:r>
          </w:p>
        </w:tc>
      </w:tr>
      <w:tr w:rsidR="003C07C1" w:rsidRPr="0005441E" w14:paraId="285D1153" w14:textId="77777777" w:rsidTr="002304E8">
        <w:trPr>
          <w:tblCellSpacing w:w="15" w:type="dxa"/>
        </w:trPr>
        <w:tc>
          <w:tcPr>
            <w:tcW w:w="0" w:type="auto"/>
            <w:vAlign w:val="center"/>
            <w:hideMark/>
          </w:tcPr>
          <w:p w14:paraId="6A79EAFA" w14:textId="77777777" w:rsidR="003C07C1" w:rsidRPr="0005441E" w:rsidRDefault="003C07C1" w:rsidP="002304E8">
            <w:pPr>
              <w:rPr>
                <w:rFonts w:ascii="Arial" w:hAnsi="Arial" w:cs="Arial"/>
                <w:lang w:val="en-AU"/>
              </w:rPr>
            </w:pPr>
            <w:r w:rsidRPr="0005441E">
              <w:rPr>
                <w:rFonts w:ascii="Arial" w:hAnsi="Arial" w:cs="Arial"/>
                <w:b/>
                <w:bCs/>
                <w:lang w:val="en-AU"/>
              </w:rPr>
              <w:t>Review Date</w:t>
            </w:r>
          </w:p>
        </w:tc>
        <w:tc>
          <w:tcPr>
            <w:tcW w:w="0" w:type="auto"/>
            <w:vAlign w:val="center"/>
            <w:hideMark/>
          </w:tcPr>
          <w:p w14:paraId="623863E4" w14:textId="77777777" w:rsidR="003C07C1" w:rsidRPr="0005441E" w:rsidRDefault="003C07C1" w:rsidP="002304E8">
            <w:pPr>
              <w:rPr>
                <w:rFonts w:ascii="Arial" w:hAnsi="Arial" w:cs="Arial"/>
                <w:lang w:val="en-AU"/>
              </w:rPr>
            </w:pPr>
            <w:r w:rsidRPr="0005441E">
              <w:rPr>
                <w:rFonts w:ascii="Arial" w:hAnsi="Arial" w:cs="Arial"/>
                <w:lang w:val="en-AU"/>
              </w:rPr>
              <w:t>__________________________</w:t>
            </w:r>
          </w:p>
        </w:tc>
      </w:tr>
      <w:tr w:rsidR="003C07C1" w:rsidRPr="0005441E" w14:paraId="6FB34889" w14:textId="77777777" w:rsidTr="002304E8">
        <w:trPr>
          <w:tblCellSpacing w:w="15" w:type="dxa"/>
        </w:trPr>
        <w:tc>
          <w:tcPr>
            <w:tcW w:w="0" w:type="auto"/>
            <w:vAlign w:val="center"/>
            <w:hideMark/>
          </w:tcPr>
          <w:p w14:paraId="156E5B6C" w14:textId="77777777" w:rsidR="003C07C1" w:rsidRPr="0005441E" w:rsidRDefault="003C07C1" w:rsidP="002304E8">
            <w:pPr>
              <w:rPr>
                <w:rFonts w:ascii="Arial" w:hAnsi="Arial" w:cs="Arial"/>
                <w:lang w:val="en-AU"/>
              </w:rPr>
            </w:pPr>
            <w:r w:rsidRPr="0005441E">
              <w:rPr>
                <w:rFonts w:ascii="Arial" w:hAnsi="Arial" w:cs="Arial"/>
                <w:b/>
                <w:bCs/>
                <w:lang w:val="en-AU"/>
              </w:rPr>
              <w:t>Next Scheduled Review</w:t>
            </w:r>
          </w:p>
        </w:tc>
        <w:tc>
          <w:tcPr>
            <w:tcW w:w="0" w:type="auto"/>
            <w:vAlign w:val="center"/>
            <w:hideMark/>
          </w:tcPr>
          <w:p w14:paraId="45B5EF8A" w14:textId="35362904" w:rsidR="003C07C1" w:rsidRPr="0005441E" w:rsidRDefault="00394CBB" w:rsidP="002304E8">
            <w:pPr>
              <w:rPr>
                <w:rFonts w:ascii="Arial" w:hAnsi="Arial" w:cs="Arial"/>
                <w:lang w:val="en-AU"/>
              </w:rPr>
            </w:pPr>
            <w:r w:rsidRPr="00394CBB">
              <w:rPr>
                <w:rFonts w:ascii="Arial" w:hAnsi="Arial" w:cs="Arial"/>
              </w:rPr>
              <w:t xml:space="preserve">Annual compliance check with a full framework </w:t>
            </w:r>
            <w:proofErr w:type="gramStart"/>
            <w:r w:rsidRPr="00394CBB">
              <w:rPr>
                <w:rFonts w:ascii="Arial" w:hAnsi="Arial" w:cs="Arial"/>
              </w:rPr>
              <w:t>review</w:t>
            </w:r>
            <w:proofErr w:type="gramEnd"/>
            <w:r w:rsidRPr="00394CBB">
              <w:rPr>
                <w:rFonts w:ascii="Arial" w:hAnsi="Arial" w:cs="Arial"/>
              </w:rPr>
              <w:t xml:space="preserve"> every two years.</w:t>
            </w:r>
          </w:p>
        </w:tc>
      </w:tr>
    </w:tbl>
    <w:p w14:paraId="4BF2B3F1" w14:textId="77777777" w:rsidR="003C07C1" w:rsidRPr="0005441E" w:rsidRDefault="003C07C1" w:rsidP="003C07C1">
      <w:pPr>
        <w:rPr>
          <w:rFonts w:ascii="Arial" w:hAnsi="Arial" w:cs="Arial"/>
          <w:b/>
          <w:bCs/>
          <w:lang w:val="en-AU"/>
        </w:rPr>
      </w:pPr>
    </w:p>
    <w:p w14:paraId="4F1D1BC8" w14:textId="77777777" w:rsidR="003C07C1" w:rsidRDefault="003C07C1">
      <w:pPr>
        <w:rPr>
          <w:rFonts w:ascii="Arial" w:hAnsi="Arial" w:cs="Arial"/>
          <w:b/>
          <w:bCs/>
          <w:lang w:val="en-AU"/>
        </w:rPr>
      </w:pPr>
      <w:r>
        <w:rPr>
          <w:rFonts w:ascii="Arial" w:hAnsi="Arial" w:cs="Arial"/>
          <w:b/>
          <w:bCs/>
          <w:lang w:val="en-AU"/>
        </w:rPr>
        <w:br w:type="page"/>
      </w:r>
    </w:p>
    <w:p w14:paraId="3245A78C" w14:textId="15ED63DF" w:rsidR="0005441E" w:rsidRPr="003C07C1" w:rsidRDefault="0005441E" w:rsidP="003C07C1">
      <w:pPr>
        <w:pStyle w:val="ListParagraph"/>
        <w:numPr>
          <w:ilvl w:val="0"/>
          <w:numId w:val="35"/>
        </w:numPr>
        <w:rPr>
          <w:rFonts w:ascii="Arial" w:hAnsi="Arial" w:cs="Arial"/>
          <w:b/>
          <w:bCs/>
          <w:lang w:val="en-AU"/>
        </w:rPr>
      </w:pPr>
      <w:r w:rsidRPr="003C07C1">
        <w:rPr>
          <w:rFonts w:ascii="Arial" w:hAnsi="Arial" w:cs="Arial"/>
          <w:b/>
          <w:bCs/>
          <w:lang w:val="en-AU"/>
        </w:rPr>
        <w:lastRenderedPageBreak/>
        <w:t>Executive Summary</w:t>
      </w:r>
    </w:p>
    <w:p w14:paraId="353966E6" w14:textId="77777777" w:rsidR="0005441E" w:rsidRPr="0005441E" w:rsidRDefault="0005441E" w:rsidP="0005441E">
      <w:pPr>
        <w:rPr>
          <w:rFonts w:ascii="Arial" w:hAnsi="Arial" w:cs="Arial"/>
          <w:b/>
          <w:bCs/>
          <w:lang w:val="en-AU"/>
        </w:rPr>
      </w:pPr>
      <w:r w:rsidRPr="0005441E">
        <w:rPr>
          <w:rFonts w:ascii="Arial" w:hAnsi="Arial" w:cs="Arial"/>
          <w:b/>
          <w:bCs/>
          <w:lang w:val="en-AU"/>
        </w:rPr>
        <w:t>Volunteer Management Framework 2026–2028</w:t>
      </w:r>
    </w:p>
    <w:p w14:paraId="762D5281" w14:textId="77777777" w:rsidR="0005441E" w:rsidRPr="0005441E" w:rsidRDefault="0005441E" w:rsidP="0005441E">
      <w:pPr>
        <w:rPr>
          <w:rFonts w:ascii="Arial" w:hAnsi="Arial" w:cs="Arial"/>
          <w:lang w:val="en-AU"/>
        </w:rPr>
      </w:pPr>
      <w:r w:rsidRPr="0005441E">
        <w:rPr>
          <w:rFonts w:ascii="Arial" w:hAnsi="Arial" w:cs="Arial"/>
          <w:lang w:val="en-AU"/>
        </w:rPr>
        <w:t>Volunteers are the foundation of Wollongong District Cricket Club (WDCC). Their dedication and commitment enable the Club to deliver quality cricket programs, support players of all ages and abilities, and foster a welcoming and inclusive club environment.</w:t>
      </w:r>
    </w:p>
    <w:p w14:paraId="43C30D9B" w14:textId="77777777" w:rsidR="0005441E" w:rsidRPr="0005441E" w:rsidRDefault="0005441E" w:rsidP="0005441E">
      <w:pPr>
        <w:rPr>
          <w:rFonts w:ascii="Arial" w:hAnsi="Arial" w:cs="Arial"/>
          <w:lang w:val="en-AU"/>
        </w:rPr>
      </w:pPr>
      <w:r w:rsidRPr="0005441E">
        <w:rPr>
          <w:rFonts w:ascii="Arial" w:hAnsi="Arial" w:cs="Arial"/>
          <w:lang w:val="en-AU"/>
        </w:rPr>
        <w:t>The Volunteer Management Framework 2026–2028 provides a structured approach to recruiting, supporting, developing, recognising and retaining volunteers. It establishes clear governance practices that align with the WDCC Strategic Plan, Cricket Australia and Cricket NSW guidelines, the National Integrity Framework, Child Safe Standards and relevant legislation.</w:t>
      </w:r>
    </w:p>
    <w:p w14:paraId="2CEDDF22" w14:textId="77777777" w:rsidR="0005441E" w:rsidRPr="0005441E" w:rsidRDefault="0005441E" w:rsidP="0005441E">
      <w:pPr>
        <w:rPr>
          <w:rFonts w:ascii="Arial" w:hAnsi="Arial" w:cs="Arial"/>
          <w:lang w:val="en-AU"/>
        </w:rPr>
      </w:pPr>
      <w:r w:rsidRPr="0005441E">
        <w:rPr>
          <w:rFonts w:ascii="Arial" w:hAnsi="Arial" w:cs="Arial"/>
          <w:lang w:val="en-AU"/>
        </w:rPr>
        <w:t>The framework is guided by six key principles:</w:t>
      </w:r>
    </w:p>
    <w:p w14:paraId="3C95DD70" w14:textId="77777777" w:rsidR="0005441E" w:rsidRPr="0005441E" w:rsidRDefault="0005441E" w:rsidP="0005441E">
      <w:pPr>
        <w:numPr>
          <w:ilvl w:val="0"/>
          <w:numId w:val="26"/>
        </w:numPr>
        <w:rPr>
          <w:rFonts w:ascii="Arial" w:hAnsi="Arial" w:cs="Arial"/>
          <w:lang w:val="en-AU"/>
        </w:rPr>
      </w:pPr>
      <w:r w:rsidRPr="00D22148">
        <w:rPr>
          <w:rFonts w:ascii="Arial" w:hAnsi="Arial" w:cs="Arial"/>
          <w:b/>
          <w:bCs/>
          <w:lang w:val="en-AU"/>
        </w:rPr>
        <w:t>Leadership</w:t>
      </w:r>
      <w:r w:rsidRPr="0005441E">
        <w:rPr>
          <w:rFonts w:ascii="Arial" w:hAnsi="Arial" w:cs="Arial"/>
          <w:lang w:val="en-AU"/>
        </w:rPr>
        <w:t xml:space="preserve"> – Supporting volunteers through clear governance and accountability.</w:t>
      </w:r>
    </w:p>
    <w:p w14:paraId="5C5CF378" w14:textId="77777777" w:rsidR="0005441E" w:rsidRPr="0005441E" w:rsidRDefault="0005441E" w:rsidP="0005441E">
      <w:pPr>
        <w:numPr>
          <w:ilvl w:val="0"/>
          <w:numId w:val="26"/>
        </w:numPr>
        <w:rPr>
          <w:rFonts w:ascii="Arial" w:hAnsi="Arial" w:cs="Arial"/>
          <w:lang w:val="en-AU"/>
        </w:rPr>
      </w:pPr>
      <w:r w:rsidRPr="00D22148">
        <w:rPr>
          <w:rFonts w:ascii="Arial" w:hAnsi="Arial" w:cs="Arial"/>
          <w:b/>
          <w:bCs/>
          <w:lang w:val="en-AU"/>
        </w:rPr>
        <w:t>Participation</w:t>
      </w:r>
      <w:r w:rsidRPr="0005441E">
        <w:rPr>
          <w:rFonts w:ascii="Arial" w:hAnsi="Arial" w:cs="Arial"/>
          <w:lang w:val="en-AU"/>
        </w:rPr>
        <w:t xml:space="preserve"> – Encouraging members, families and the community to contribute.</w:t>
      </w:r>
    </w:p>
    <w:p w14:paraId="74F51E01" w14:textId="77777777" w:rsidR="0005441E" w:rsidRPr="0005441E" w:rsidRDefault="0005441E" w:rsidP="0005441E">
      <w:pPr>
        <w:numPr>
          <w:ilvl w:val="0"/>
          <w:numId w:val="26"/>
        </w:numPr>
        <w:rPr>
          <w:rFonts w:ascii="Arial" w:hAnsi="Arial" w:cs="Arial"/>
          <w:lang w:val="en-AU"/>
        </w:rPr>
      </w:pPr>
      <w:r w:rsidRPr="00D22148">
        <w:rPr>
          <w:rFonts w:ascii="Arial" w:hAnsi="Arial" w:cs="Arial"/>
          <w:b/>
          <w:bCs/>
          <w:lang w:val="en-AU"/>
        </w:rPr>
        <w:t>Development</w:t>
      </w:r>
      <w:r w:rsidRPr="0005441E">
        <w:rPr>
          <w:rFonts w:ascii="Arial" w:hAnsi="Arial" w:cs="Arial"/>
          <w:lang w:val="en-AU"/>
        </w:rPr>
        <w:t xml:space="preserve"> – Providing training, mentoring and development opportunities.</w:t>
      </w:r>
    </w:p>
    <w:p w14:paraId="7A8CFD47" w14:textId="77777777" w:rsidR="0005441E" w:rsidRPr="0005441E" w:rsidRDefault="0005441E" w:rsidP="0005441E">
      <w:pPr>
        <w:numPr>
          <w:ilvl w:val="0"/>
          <w:numId w:val="26"/>
        </w:numPr>
        <w:rPr>
          <w:rFonts w:ascii="Arial" w:hAnsi="Arial" w:cs="Arial"/>
          <w:lang w:val="en-AU"/>
        </w:rPr>
      </w:pPr>
      <w:r w:rsidRPr="00D22148">
        <w:rPr>
          <w:rFonts w:ascii="Arial" w:hAnsi="Arial" w:cs="Arial"/>
          <w:b/>
          <w:bCs/>
          <w:lang w:val="en-AU"/>
        </w:rPr>
        <w:t>Safety</w:t>
      </w:r>
      <w:r w:rsidRPr="0005441E">
        <w:rPr>
          <w:rFonts w:ascii="Arial" w:hAnsi="Arial" w:cs="Arial"/>
          <w:lang w:val="en-AU"/>
        </w:rPr>
        <w:t xml:space="preserve"> – Maintaining a safe, inclusive and respectful environment.</w:t>
      </w:r>
    </w:p>
    <w:p w14:paraId="0DDD82CF" w14:textId="77777777" w:rsidR="0005441E" w:rsidRPr="0005441E" w:rsidRDefault="0005441E" w:rsidP="0005441E">
      <w:pPr>
        <w:numPr>
          <w:ilvl w:val="0"/>
          <w:numId w:val="26"/>
        </w:numPr>
        <w:rPr>
          <w:rFonts w:ascii="Arial" w:hAnsi="Arial" w:cs="Arial"/>
          <w:lang w:val="en-AU"/>
        </w:rPr>
      </w:pPr>
      <w:r w:rsidRPr="00D22148">
        <w:rPr>
          <w:rFonts w:ascii="Arial" w:hAnsi="Arial" w:cs="Arial"/>
          <w:b/>
          <w:bCs/>
          <w:lang w:val="en-AU"/>
        </w:rPr>
        <w:t>Recognition</w:t>
      </w:r>
      <w:r w:rsidRPr="0005441E">
        <w:rPr>
          <w:rFonts w:ascii="Arial" w:hAnsi="Arial" w:cs="Arial"/>
          <w:lang w:val="en-AU"/>
        </w:rPr>
        <w:t xml:space="preserve"> – Valuing and celebrating volunteer contributions.</w:t>
      </w:r>
    </w:p>
    <w:p w14:paraId="05EFF5FA" w14:textId="77777777" w:rsidR="0005441E" w:rsidRDefault="0005441E" w:rsidP="0005441E">
      <w:pPr>
        <w:numPr>
          <w:ilvl w:val="0"/>
          <w:numId w:val="26"/>
        </w:numPr>
        <w:rPr>
          <w:rFonts w:ascii="Arial" w:hAnsi="Arial" w:cs="Arial"/>
          <w:lang w:val="en-AU"/>
        </w:rPr>
      </w:pPr>
      <w:r w:rsidRPr="00D22148">
        <w:rPr>
          <w:rFonts w:ascii="Arial" w:hAnsi="Arial" w:cs="Arial"/>
          <w:b/>
          <w:bCs/>
          <w:lang w:val="en-AU"/>
        </w:rPr>
        <w:t>Sustainability</w:t>
      </w:r>
      <w:r w:rsidRPr="0005441E">
        <w:rPr>
          <w:rFonts w:ascii="Arial" w:hAnsi="Arial" w:cs="Arial"/>
          <w:lang w:val="en-AU"/>
        </w:rPr>
        <w:t xml:space="preserve"> – Building a capable volunteer workforce through succession planning and continuous improvement.</w:t>
      </w:r>
    </w:p>
    <w:p w14:paraId="330A16CA" w14:textId="77777777" w:rsidR="0044581A" w:rsidRPr="0005441E" w:rsidRDefault="0044581A" w:rsidP="0044581A">
      <w:pPr>
        <w:ind w:left="720"/>
        <w:rPr>
          <w:rFonts w:ascii="Arial" w:hAnsi="Arial" w:cs="Arial"/>
          <w:lang w:val="en-AU"/>
        </w:rPr>
      </w:pPr>
    </w:p>
    <w:p w14:paraId="099A74D5" w14:textId="48B903DA" w:rsidR="006873FC" w:rsidRPr="0044581A" w:rsidRDefault="00FD6AE1" w:rsidP="0044581A">
      <w:pPr>
        <w:pStyle w:val="ListParagraph"/>
        <w:numPr>
          <w:ilvl w:val="0"/>
          <w:numId w:val="35"/>
        </w:numPr>
        <w:rPr>
          <w:rFonts w:ascii="Arial" w:eastAsiaTheme="majorEastAsia" w:hAnsi="Arial" w:cs="Arial"/>
          <w:b/>
          <w:bCs/>
          <w:lang w:val="en-AU"/>
        </w:rPr>
      </w:pPr>
      <w:bookmarkStart w:id="0" w:name="_Toc235564419"/>
      <w:r w:rsidRPr="0044581A">
        <w:rPr>
          <w:rFonts w:ascii="Arial" w:hAnsi="Arial" w:cs="Arial"/>
          <w:b/>
          <w:bCs/>
          <w:lang w:val="en-AU"/>
        </w:rPr>
        <w:t>Introduction</w:t>
      </w:r>
      <w:bookmarkEnd w:id="0"/>
    </w:p>
    <w:p w14:paraId="04FE0CCF" w14:textId="77777777" w:rsidR="006873FC" w:rsidRPr="006873FC" w:rsidRDefault="00FD6AE1" w:rsidP="006873FC">
      <w:pPr>
        <w:rPr>
          <w:rFonts w:ascii="Arial" w:hAnsi="Arial" w:cs="Arial"/>
          <w:lang w:val="en-AU"/>
        </w:rPr>
      </w:pPr>
      <w:r w:rsidRPr="006873FC">
        <w:rPr>
          <w:rFonts w:ascii="Arial" w:hAnsi="Arial" w:cs="Arial"/>
          <w:lang w:val="en-AU"/>
        </w:rPr>
        <w:t>The purpose of this Volunteer Management Framework is to provide a consistent approach to recruiting, supporting, developing and recognising volunteers across all areas of the Club. It establishes clear expectations, governance structures and best practice processes to ensure volunteers are equipped to perform their roles effectively while contributing to a safe, inclusive and positive club environment.</w:t>
      </w:r>
    </w:p>
    <w:p w14:paraId="1947C597" w14:textId="570C113C" w:rsidR="006873FC" w:rsidRPr="006873FC" w:rsidRDefault="00FD6AE1" w:rsidP="006873FC">
      <w:pPr>
        <w:rPr>
          <w:rFonts w:ascii="Arial" w:hAnsi="Arial" w:cs="Arial"/>
          <w:lang w:val="en-AU"/>
        </w:rPr>
      </w:pPr>
      <w:r w:rsidRPr="006873FC">
        <w:rPr>
          <w:rFonts w:ascii="Arial" w:hAnsi="Arial" w:cs="Arial"/>
          <w:lang w:val="en-AU"/>
        </w:rPr>
        <w:t>This framework supports the WDCC Strategic Plan and aligns with the principles and guidelines of Cricket Australia, Cricket NSW, the National Integrity Framework and the NSW Child Safe Standards. It reflects the Club's commitment to good governance, strong leadership and continuous improvement.</w:t>
      </w:r>
    </w:p>
    <w:p w14:paraId="3AD10C8F" w14:textId="1D2115A3" w:rsidR="00FD6AE1" w:rsidRPr="006873FC" w:rsidRDefault="00FD6AE1" w:rsidP="006873FC">
      <w:pPr>
        <w:rPr>
          <w:rFonts w:ascii="Arial" w:hAnsi="Arial" w:cs="Arial"/>
          <w:lang w:val="en-AU"/>
        </w:rPr>
      </w:pPr>
      <w:r w:rsidRPr="006873FC">
        <w:rPr>
          <w:rFonts w:ascii="Arial" w:hAnsi="Arial" w:cs="Arial"/>
          <w:lang w:val="en-AU"/>
        </w:rPr>
        <w:t>The framework applies to all volunteers involved with the Club, including committee members, coaches, team managers, coordinators, officials, event volunteers and operational support roles. Regardless of the role undertaken, every volunteer plays an important part in the success and sustainability of WDCC.</w:t>
      </w:r>
    </w:p>
    <w:p w14:paraId="4E1870AA" w14:textId="6BAADDC5" w:rsidR="007D62C0" w:rsidRPr="0005441E" w:rsidRDefault="007D62C0" w:rsidP="003C07C1">
      <w:pPr>
        <w:pStyle w:val="ListParagraph"/>
        <w:numPr>
          <w:ilvl w:val="0"/>
          <w:numId w:val="35"/>
        </w:numPr>
        <w:rPr>
          <w:rFonts w:ascii="Arial" w:hAnsi="Arial" w:cs="Arial"/>
          <w:b/>
          <w:bCs/>
          <w:lang w:val="en-AU"/>
        </w:rPr>
      </w:pPr>
      <w:r w:rsidRPr="0005441E">
        <w:rPr>
          <w:rFonts w:ascii="Arial" w:hAnsi="Arial" w:cs="Arial"/>
          <w:b/>
          <w:bCs/>
          <w:lang w:val="en-AU"/>
        </w:rPr>
        <w:lastRenderedPageBreak/>
        <w:t>Governance Framework</w:t>
      </w:r>
    </w:p>
    <w:p w14:paraId="1AA710B6" w14:textId="6736CE9C" w:rsidR="007D62C0" w:rsidRPr="0005441E" w:rsidRDefault="007D62C0" w:rsidP="007D62C0">
      <w:pPr>
        <w:rPr>
          <w:rFonts w:ascii="Arial" w:hAnsi="Arial" w:cs="Arial"/>
          <w:lang w:val="en-AU"/>
        </w:rPr>
      </w:pPr>
      <w:r w:rsidRPr="0005441E">
        <w:rPr>
          <w:rFonts w:ascii="Arial" w:hAnsi="Arial" w:cs="Arial"/>
          <w:lang w:val="en-AU"/>
        </w:rPr>
        <w:t>WDCC is committed to strong governance practices that promote transparency, accountability and effective decision-making. This Volunteer Management Framework supports the Club's strategic objectives by providing a clear structure for the recruitment, management and development of volunteers.</w:t>
      </w:r>
    </w:p>
    <w:p w14:paraId="1638DFA0" w14:textId="77777777" w:rsidR="007D62C0" w:rsidRPr="0005441E" w:rsidRDefault="007D62C0" w:rsidP="007D62C0">
      <w:pPr>
        <w:rPr>
          <w:rFonts w:ascii="Arial" w:hAnsi="Arial" w:cs="Arial"/>
          <w:lang w:val="en-AU"/>
        </w:rPr>
      </w:pPr>
      <w:r w:rsidRPr="0005441E">
        <w:rPr>
          <w:rFonts w:ascii="Arial" w:hAnsi="Arial" w:cs="Arial"/>
          <w:lang w:val="en-AU"/>
        </w:rPr>
        <w:t>The Executive Committee is responsible for the overall governance of the Club and delegates operational responsibilities to volunteer coordinators, sub-committees and appointed role holders. Each volunteer has defined responsibilities, reporting lines and accountabilities to ensure the Club operates efficiently and consistently across all areas.</w:t>
      </w:r>
    </w:p>
    <w:p w14:paraId="1EE7B7DF" w14:textId="77777777" w:rsidR="007D62C0" w:rsidRPr="0005441E" w:rsidRDefault="007D62C0" w:rsidP="007D62C0">
      <w:pPr>
        <w:rPr>
          <w:rFonts w:ascii="Arial" w:hAnsi="Arial" w:cs="Arial"/>
          <w:lang w:val="en-AU"/>
        </w:rPr>
      </w:pPr>
      <w:r w:rsidRPr="0005441E">
        <w:rPr>
          <w:rFonts w:ascii="Arial" w:hAnsi="Arial" w:cs="Arial"/>
          <w:lang w:val="en-AU"/>
        </w:rPr>
        <w:t>WDCC is committed to operating in accordance with its Constitution, the Club's Strategic Plan, Cricket Australia and Cricket NSW policies, the National Integrity Framework, Child Safe Standards and all relevant legislation. Volunteers are expected to uphold the Club's values, act with integrity and contribute to a safe, inclusive and respectful environment for all members.</w:t>
      </w:r>
    </w:p>
    <w:p w14:paraId="15647C9C" w14:textId="25190ADE" w:rsidR="0044581A" w:rsidRPr="006873FC" w:rsidRDefault="007D62C0" w:rsidP="006873FC">
      <w:pPr>
        <w:rPr>
          <w:rFonts w:ascii="Arial" w:hAnsi="Arial" w:cs="Arial"/>
          <w:lang w:val="en-AU"/>
        </w:rPr>
      </w:pPr>
      <w:r w:rsidRPr="0005441E">
        <w:rPr>
          <w:rFonts w:ascii="Arial" w:hAnsi="Arial" w:cs="Arial"/>
          <w:lang w:val="en-AU"/>
        </w:rPr>
        <w:t>Effective governance relies on shared leadership, open communication and continuous improvement. The Club will regularly review its volunteer practices, provide appropriate training and support, and encourage feedback to strengthen volunteer engagement and organisational performance.</w:t>
      </w:r>
    </w:p>
    <w:p w14:paraId="6E5949D3" w14:textId="6F98E93F" w:rsidR="007D62C0" w:rsidRPr="0005441E" w:rsidRDefault="007D62C0" w:rsidP="00190314">
      <w:pPr>
        <w:pStyle w:val="ListParagraph"/>
        <w:numPr>
          <w:ilvl w:val="0"/>
          <w:numId w:val="35"/>
        </w:numPr>
        <w:rPr>
          <w:rFonts w:ascii="Arial" w:hAnsi="Arial" w:cs="Arial"/>
          <w:b/>
          <w:bCs/>
          <w:lang w:val="en-AU"/>
        </w:rPr>
      </w:pPr>
      <w:r w:rsidRPr="0005441E">
        <w:rPr>
          <w:rFonts w:ascii="Arial" w:hAnsi="Arial" w:cs="Arial"/>
          <w:b/>
          <w:bCs/>
          <w:lang w:val="en-AU"/>
        </w:rPr>
        <w:t>Strategic Alignment with the WDCC Strategic Plan</w:t>
      </w:r>
    </w:p>
    <w:p w14:paraId="3DBBBC08" w14:textId="77777777" w:rsidR="006873FC" w:rsidRPr="006873FC" w:rsidRDefault="006873FC" w:rsidP="006873FC">
      <w:pPr>
        <w:pStyle w:val="isselectedend"/>
        <w:rPr>
          <w:rFonts w:ascii="Arial" w:eastAsiaTheme="minorEastAsia" w:hAnsi="Arial" w:cs="Arial"/>
          <w:sz w:val="22"/>
          <w:szCs w:val="22"/>
          <w:lang w:eastAsia="en-US"/>
        </w:rPr>
      </w:pPr>
      <w:r w:rsidRPr="006873FC">
        <w:rPr>
          <w:rFonts w:ascii="Arial" w:eastAsiaTheme="minorEastAsia" w:hAnsi="Arial" w:cs="Arial"/>
          <w:sz w:val="22"/>
          <w:szCs w:val="22"/>
          <w:lang w:eastAsia="en-US"/>
        </w:rPr>
        <w:t>The Volunteer Management Framework is a key enabler of the WDCC Strategic Plan, ensuring the Club has the people, structures and support required to deliver quality cricket experiences and achieve its long-term objectives.</w:t>
      </w:r>
    </w:p>
    <w:p w14:paraId="66295466" w14:textId="77777777" w:rsidR="006873FC" w:rsidRPr="006873FC" w:rsidRDefault="006873FC" w:rsidP="006873FC">
      <w:pPr>
        <w:pStyle w:val="isselectedend"/>
        <w:rPr>
          <w:rFonts w:ascii="Arial" w:eastAsiaTheme="minorEastAsia" w:hAnsi="Arial" w:cs="Arial"/>
          <w:sz w:val="22"/>
          <w:szCs w:val="22"/>
          <w:lang w:eastAsia="en-US"/>
        </w:rPr>
      </w:pPr>
      <w:r w:rsidRPr="006873FC">
        <w:rPr>
          <w:rFonts w:ascii="Arial" w:eastAsiaTheme="minorEastAsia" w:hAnsi="Arial" w:cs="Arial"/>
          <w:sz w:val="22"/>
          <w:szCs w:val="22"/>
          <w:lang w:eastAsia="en-US"/>
        </w:rPr>
        <w:t>Volunteers contribute across all areas of the Club and play an important role in supporting player development, strengthening community connections, improving governance and building a sustainable future for WDCC.</w:t>
      </w:r>
    </w:p>
    <w:p w14:paraId="5A97B08F" w14:textId="77777777" w:rsidR="006873FC" w:rsidRPr="006873FC" w:rsidRDefault="006873FC" w:rsidP="006873FC">
      <w:pPr>
        <w:pStyle w:val="Heading3"/>
        <w:rPr>
          <w:rFonts w:ascii="Arial" w:eastAsiaTheme="minorEastAsia" w:hAnsi="Arial" w:cs="Arial"/>
          <w:color w:val="auto"/>
          <w:lang w:val="en-AU"/>
        </w:rPr>
      </w:pPr>
      <w:r w:rsidRPr="006873FC">
        <w:rPr>
          <w:rFonts w:ascii="Arial" w:eastAsiaTheme="minorEastAsia" w:hAnsi="Arial" w:cs="Arial"/>
          <w:color w:val="auto"/>
          <w:lang w:val="en-AU"/>
        </w:rPr>
        <w:t>Developing Great Cricketers and Successful Teams</w:t>
      </w:r>
    </w:p>
    <w:p w14:paraId="085D402F" w14:textId="77777777" w:rsidR="006873FC" w:rsidRPr="006873FC" w:rsidRDefault="006873FC" w:rsidP="006873FC">
      <w:pPr>
        <w:pStyle w:val="isselectedend"/>
        <w:rPr>
          <w:rFonts w:ascii="Arial" w:eastAsiaTheme="minorEastAsia" w:hAnsi="Arial" w:cs="Arial"/>
          <w:sz w:val="22"/>
          <w:szCs w:val="22"/>
          <w:lang w:eastAsia="en-US"/>
        </w:rPr>
      </w:pPr>
      <w:r w:rsidRPr="006873FC">
        <w:rPr>
          <w:rFonts w:ascii="Arial" w:eastAsiaTheme="minorEastAsia" w:hAnsi="Arial" w:cs="Arial"/>
          <w:sz w:val="22"/>
          <w:szCs w:val="22"/>
          <w:lang w:eastAsia="en-US"/>
        </w:rPr>
        <w:t>Volunteers support quality coaching, team management, player development and safe, enjoyable cricket experiences. By attracting and supporting capable coaches, managers and coordinators, WDCC strengthens participation and performance across all programs.</w:t>
      </w:r>
    </w:p>
    <w:p w14:paraId="7C740391" w14:textId="77777777" w:rsidR="006873FC" w:rsidRPr="006873FC" w:rsidRDefault="006873FC" w:rsidP="006873FC">
      <w:pPr>
        <w:pStyle w:val="Heading3"/>
        <w:rPr>
          <w:rFonts w:ascii="Arial" w:eastAsiaTheme="minorEastAsia" w:hAnsi="Arial" w:cs="Arial"/>
          <w:color w:val="auto"/>
          <w:lang w:val="en-AU"/>
        </w:rPr>
      </w:pPr>
      <w:r w:rsidRPr="006873FC">
        <w:rPr>
          <w:rFonts w:ascii="Arial" w:eastAsiaTheme="minorEastAsia" w:hAnsi="Arial" w:cs="Arial"/>
          <w:color w:val="auto"/>
          <w:lang w:val="en-AU"/>
        </w:rPr>
        <w:t>Strengthening Community Connections</w:t>
      </w:r>
    </w:p>
    <w:p w14:paraId="09B9D03C" w14:textId="77777777" w:rsidR="006873FC" w:rsidRPr="006873FC" w:rsidRDefault="006873FC" w:rsidP="006873FC">
      <w:pPr>
        <w:pStyle w:val="isselectedend"/>
        <w:rPr>
          <w:rFonts w:ascii="Arial" w:eastAsiaTheme="minorEastAsia" w:hAnsi="Arial" w:cs="Arial"/>
          <w:sz w:val="22"/>
          <w:szCs w:val="22"/>
          <w:lang w:eastAsia="en-US"/>
        </w:rPr>
      </w:pPr>
      <w:r w:rsidRPr="006873FC">
        <w:rPr>
          <w:rFonts w:ascii="Arial" w:eastAsiaTheme="minorEastAsia" w:hAnsi="Arial" w:cs="Arial"/>
          <w:sz w:val="22"/>
          <w:szCs w:val="22"/>
          <w:lang w:eastAsia="en-US"/>
        </w:rPr>
        <w:t>Volunteers help create an inclusive and welcoming Club environment by supporting events, engaging families, encouraging participation and building positive relationships with schools, sponsors and the wider community.</w:t>
      </w:r>
    </w:p>
    <w:p w14:paraId="38763955" w14:textId="77777777" w:rsidR="006873FC" w:rsidRPr="006873FC" w:rsidRDefault="006873FC" w:rsidP="006873FC">
      <w:pPr>
        <w:pStyle w:val="Heading3"/>
        <w:rPr>
          <w:rFonts w:ascii="Arial" w:eastAsiaTheme="minorEastAsia" w:hAnsi="Arial" w:cs="Arial"/>
          <w:color w:val="auto"/>
          <w:lang w:val="en-AU"/>
        </w:rPr>
      </w:pPr>
      <w:r w:rsidRPr="006873FC">
        <w:rPr>
          <w:rFonts w:ascii="Arial" w:eastAsiaTheme="minorEastAsia" w:hAnsi="Arial" w:cs="Arial"/>
          <w:color w:val="auto"/>
          <w:lang w:val="en-AU"/>
        </w:rPr>
        <w:lastRenderedPageBreak/>
        <w:t>Building Strong Governance and Leadership</w:t>
      </w:r>
    </w:p>
    <w:p w14:paraId="2A8239D0" w14:textId="77777777" w:rsidR="006873FC" w:rsidRPr="006873FC" w:rsidRDefault="006873FC" w:rsidP="006873FC">
      <w:pPr>
        <w:pStyle w:val="isselectedend"/>
        <w:rPr>
          <w:rFonts w:ascii="Arial" w:eastAsiaTheme="minorEastAsia" w:hAnsi="Arial" w:cs="Arial"/>
          <w:sz w:val="22"/>
          <w:szCs w:val="22"/>
          <w:lang w:eastAsia="en-US"/>
        </w:rPr>
      </w:pPr>
      <w:r w:rsidRPr="006873FC">
        <w:rPr>
          <w:rFonts w:ascii="Arial" w:eastAsiaTheme="minorEastAsia" w:hAnsi="Arial" w:cs="Arial"/>
          <w:sz w:val="22"/>
          <w:szCs w:val="22"/>
          <w:lang w:eastAsia="en-US"/>
        </w:rPr>
        <w:t>Clear volunteer roles, defined responsibilities and appropriate support enable effective governance and leadership. This framework promotes accountability, knowledge sharing, succession planning and continuous improvement across the Club.</w:t>
      </w:r>
    </w:p>
    <w:p w14:paraId="60F0A26C" w14:textId="77777777" w:rsidR="006873FC" w:rsidRPr="006873FC" w:rsidRDefault="006873FC" w:rsidP="006873FC">
      <w:pPr>
        <w:pStyle w:val="Heading3"/>
        <w:rPr>
          <w:rFonts w:ascii="Arial" w:eastAsiaTheme="minorEastAsia" w:hAnsi="Arial" w:cs="Arial"/>
          <w:color w:val="auto"/>
          <w:lang w:val="en-AU"/>
        </w:rPr>
      </w:pPr>
      <w:r w:rsidRPr="006873FC">
        <w:rPr>
          <w:rFonts w:ascii="Arial" w:eastAsiaTheme="minorEastAsia" w:hAnsi="Arial" w:cs="Arial"/>
          <w:color w:val="auto"/>
          <w:lang w:val="en-AU"/>
        </w:rPr>
        <w:t>Ensuring a Sustainable Future</w:t>
      </w:r>
    </w:p>
    <w:p w14:paraId="360A1AE1" w14:textId="26EA4C0F" w:rsidR="006873FC" w:rsidRPr="006873FC" w:rsidRDefault="006873FC" w:rsidP="006873FC">
      <w:pPr>
        <w:pStyle w:val="NormalWeb"/>
        <w:rPr>
          <w:rFonts w:ascii="Arial" w:eastAsiaTheme="minorEastAsia" w:hAnsi="Arial" w:cs="Arial"/>
          <w:sz w:val="22"/>
          <w:szCs w:val="22"/>
          <w:lang w:eastAsia="en-US"/>
        </w:rPr>
      </w:pPr>
      <w:r w:rsidRPr="006873FC">
        <w:rPr>
          <w:rFonts w:ascii="Arial" w:eastAsiaTheme="minorEastAsia" w:hAnsi="Arial" w:cs="Arial"/>
          <w:sz w:val="22"/>
          <w:szCs w:val="22"/>
          <w:lang w:eastAsia="en-US"/>
        </w:rPr>
        <w:t>A strong and supported volunteer workforce is essential to the ongoing success of WDCC. Through effective recruitment, recognition, retention and leadership development, the Club can continue to grow, adapt and provide positive cricket opportunities for future generations.</w:t>
      </w:r>
    </w:p>
    <w:p w14:paraId="17E57763" w14:textId="4D76356F" w:rsidR="007D62C0" w:rsidRPr="0005441E" w:rsidRDefault="007D62C0" w:rsidP="003C07C1">
      <w:pPr>
        <w:pStyle w:val="ListParagraph"/>
        <w:numPr>
          <w:ilvl w:val="0"/>
          <w:numId w:val="35"/>
        </w:numPr>
        <w:rPr>
          <w:rFonts w:ascii="Arial" w:hAnsi="Arial" w:cs="Arial"/>
          <w:b/>
          <w:bCs/>
          <w:lang w:val="en-AU"/>
        </w:rPr>
      </w:pPr>
      <w:r w:rsidRPr="0005441E">
        <w:rPr>
          <w:rFonts w:ascii="Arial" w:hAnsi="Arial" w:cs="Arial"/>
          <w:b/>
          <w:bCs/>
          <w:lang w:val="en-AU"/>
        </w:rPr>
        <w:t>Volunteer Philosophy</w:t>
      </w:r>
    </w:p>
    <w:p w14:paraId="14777DF9" w14:textId="77777777" w:rsidR="006873FC" w:rsidRPr="006873FC" w:rsidRDefault="006873FC" w:rsidP="006873FC">
      <w:pPr>
        <w:pStyle w:val="isselectedend"/>
        <w:rPr>
          <w:rFonts w:ascii="Arial" w:eastAsiaTheme="minorEastAsia" w:hAnsi="Arial" w:cs="Arial"/>
          <w:sz w:val="22"/>
          <w:szCs w:val="22"/>
          <w:lang w:eastAsia="en-US"/>
        </w:rPr>
      </w:pPr>
      <w:r w:rsidRPr="006873FC">
        <w:rPr>
          <w:rFonts w:ascii="Arial" w:eastAsiaTheme="minorEastAsia" w:hAnsi="Arial" w:cs="Arial"/>
          <w:sz w:val="22"/>
          <w:szCs w:val="22"/>
          <w:lang w:eastAsia="en-US"/>
        </w:rPr>
        <w:t>WDCC recognises that volunteers are central to the success, culture and sustainability of the Club. Every volunteer, regardless of their role, contributes to creating positive cricket experiences for players, families and the wider community.</w:t>
      </w:r>
    </w:p>
    <w:p w14:paraId="4728764C" w14:textId="77777777" w:rsidR="006873FC" w:rsidRPr="006873FC" w:rsidRDefault="006873FC" w:rsidP="006873FC">
      <w:pPr>
        <w:pStyle w:val="isselectedend"/>
        <w:rPr>
          <w:rFonts w:ascii="Arial" w:eastAsiaTheme="minorEastAsia" w:hAnsi="Arial" w:cs="Arial"/>
          <w:sz w:val="22"/>
          <w:szCs w:val="22"/>
          <w:lang w:eastAsia="en-US"/>
        </w:rPr>
      </w:pPr>
      <w:r w:rsidRPr="006873FC">
        <w:rPr>
          <w:rFonts w:ascii="Arial" w:eastAsiaTheme="minorEastAsia" w:hAnsi="Arial" w:cs="Arial"/>
          <w:sz w:val="22"/>
          <w:szCs w:val="22"/>
          <w:lang w:eastAsia="en-US"/>
        </w:rPr>
        <w:t>The Club is committed to creating an environment where volunteers feel welcomed, supported and valued. WDCC promotes a culture of inclusion, teamwork, integrity and continuous improvement, where volunteers are encouraged to develop their skills, contribute to the Club and enjoy a rewarding experience.</w:t>
      </w:r>
    </w:p>
    <w:p w14:paraId="764F2E54" w14:textId="77777777" w:rsidR="006873FC" w:rsidRDefault="006873FC" w:rsidP="006873FC">
      <w:pPr>
        <w:pStyle w:val="NormalWeb"/>
      </w:pPr>
      <w:r w:rsidRPr="006873FC">
        <w:rPr>
          <w:rFonts w:ascii="Arial" w:eastAsiaTheme="minorEastAsia" w:hAnsi="Arial" w:cs="Arial"/>
          <w:sz w:val="22"/>
          <w:szCs w:val="22"/>
          <w:lang w:eastAsia="en-US"/>
        </w:rPr>
        <w:t>Effective volunteer management is built on clear expectations, communication, support, training and recognition. By working together and sharing responsibility, WDCC aims to develop a strong volunteer community that supports the Club’s strategic objectives and creates a lasting legacy for future generations.</w:t>
      </w:r>
    </w:p>
    <w:p w14:paraId="6A5FB0DA" w14:textId="4B0D2BFC" w:rsidR="00FD6AE1" w:rsidRDefault="006873FC" w:rsidP="007B0BC5">
      <w:pPr>
        <w:rPr>
          <w:rFonts w:ascii="Arial" w:hAnsi="Arial" w:cs="Arial"/>
        </w:rPr>
      </w:pPr>
      <w:r w:rsidRPr="006873FC">
        <w:rPr>
          <w:rFonts w:ascii="Arial" w:hAnsi="Arial" w:cs="Arial"/>
        </w:rPr>
        <w:t>Volunteering at WDCC is more than contributing time</w:t>
      </w:r>
      <w:r>
        <w:rPr>
          <w:rFonts w:ascii="Arial" w:hAnsi="Arial" w:cs="Arial"/>
        </w:rPr>
        <w:t xml:space="preserve">, </w:t>
      </w:r>
      <w:r w:rsidRPr="006873FC">
        <w:rPr>
          <w:rFonts w:ascii="Arial" w:hAnsi="Arial" w:cs="Arial"/>
        </w:rPr>
        <w:t>it is about building relationships, developing future leaders and creating a positive legacy for current and future generations of cricketers.</w:t>
      </w:r>
    </w:p>
    <w:p w14:paraId="62433C6A" w14:textId="77777777" w:rsidR="0044581A" w:rsidRDefault="0044581A" w:rsidP="007B0BC5">
      <w:pPr>
        <w:rPr>
          <w:rFonts w:ascii="Arial" w:hAnsi="Arial" w:cs="Arial"/>
        </w:rPr>
      </w:pPr>
    </w:p>
    <w:p w14:paraId="4848FBD4" w14:textId="77777777" w:rsidR="0044581A" w:rsidRDefault="0044581A" w:rsidP="007B0BC5">
      <w:pPr>
        <w:rPr>
          <w:rFonts w:ascii="Arial" w:hAnsi="Arial" w:cs="Arial"/>
        </w:rPr>
      </w:pPr>
    </w:p>
    <w:p w14:paraId="02C64CF9" w14:textId="77777777" w:rsidR="0044581A" w:rsidRDefault="0044581A" w:rsidP="007B0BC5">
      <w:pPr>
        <w:rPr>
          <w:rFonts w:ascii="Arial" w:hAnsi="Arial" w:cs="Arial"/>
        </w:rPr>
      </w:pPr>
    </w:p>
    <w:p w14:paraId="326750CF" w14:textId="77777777" w:rsidR="0044581A" w:rsidRDefault="0044581A" w:rsidP="007B0BC5">
      <w:pPr>
        <w:rPr>
          <w:rFonts w:ascii="Arial" w:hAnsi="Arial" w:cs="Arial"/>
        </w:rPr>
      </w:pPr>
    </w:p>
    <w:p w14:paraId="02D3500A" w14:textId="77777777" w:rsidR="0044581A" w:rsidRDefault="0044581A" w:rsidP="007B0BC5">
      <w:pPr>
        <w:rPr>
          <w:rFonts w:ascii="Arial" w:hAnsi="Arial" w:cs="Arial"/>
        </w:rPr>
      </w:pPr>
    </w:p>
    <w:p w14:paraId="71E85BD2" w14:textId="77777777" w:rsidR="0044581A" w:rsidRDefault="0044581A" w:rsidP="007B0BC5">
      <w:pPr>
        <w:rPr>
          <w:rFonts w:ascii="Arial" w:hAnsi="Arial" w:cs="Arial"/>
        </w:rPr>
      </w:pPr>
    </w:p>
    <w:p w14:paraId="7398FFD0" w14:textId="77777777" w:rsidR="0044581A" w:rsidRDefault="0044581A" w:rsidP="007B0BC5">
      <w:pPr>
        <w:rPr>
          <w:rFonts w:ascii="Arial" w:hAnsi="Arial" w:cs="Arial"/>
        </w:rPr>
      </w:pPr>
    </w:p>
    <w:p w14:paraId="7CA578DE" w14:textId="77777777" w:rsidR="0044581A" w:rsidRDefault="0044581A" w:rsidP="007B0BC5">
      <w:pPr>
        <w:rPr>
          <w:rFonts w:ascii="Arial" w:hAnsi="Arial" w:cs="Arial"/>
        </w:rPr>
      </w:pPr>
    </w:p>
    <w:p w14:paraId="667DE10D" w14:textId="77777777" w:rsidR="0044581A" w:rsidRPr="0005441E" w:rsidRDefault="0044581A" w:rsidP="007B0BC5">
      <w:pPr>
        <w:rPr>
          <w:rFonts w:ascii="Arial" w:hAnsi="Arial" w:cs="Arial"/>
        </w:rPr>
      </w:pPr>
    </w:p>
    <w:p w14:paraId="5CDC89E6" w14:textId="23A994DB" w:rsidR="007D62C0" w:rsidRPr="0005441E" w:rsidRDefault="007D62C0" w:rsidP="003C07C1">
      <w:pPr>
        <w:pStyle w:val="ListParagraph"/>
        <w:numPr>
          <w:ilvl w:val="0"/>
          <w:numId w:val="35"/>
        </w:numPr>
        <w:rPr>
          <w:rFonts w:ascii="Arial" w:hAnsi="Arial" w:cs="Arial"/>
          <w:b/>
          <w:bCs/>
          <w:lang w:val="en-AU"/>
        </w:rPr>
      </w:pPr>
      <w:r w:rsidRPr="0005441E">
        <w:rPr>
          <w:rFonts w:ascii="Arial" w:hAnsi="Arial" w:cs="Arial"/>
          <w:b/>
          <w:bCs/>
          <w:lang w:val="en-AU"/>
        </w:rPr>
        <w:lastRenderedPageBreak/>
        <w:t>Volunteer Lifecycle</w:t>
      </w:r>
    </w:p>
    <w:p w14:paraId="13A32096" w14:textId="242A3281" w:rsidR="007D62C0" w:rsidRPr="0005441E" w:rsidRDefault="007D62C0" w:rsidP="007D62C0">
      <w:pPr>
        <w:rPr>
          <w:rFonts w:ascii="Arial" w:hAnsi="Arial" w:cs="Arial"/>
          <w:lang w:val="en-AU"/>
        </w:rPr>
      </w:pPr>
      <w:r w:rsidRPr="0005441E">
        <w:rPr>
          <w:rFonts w:ascii="Arial" w:hAnsi="Arial" w:cs="Arial"/>
          <w:lang w:val="en-AU"/>
        </w:rPr>
        <w:t xml:space="preserve">The </w:t>
      </w:r>
      <w:r w:rsidR="00FC5B9C">
        <w:rPr>
          <w:rFonts w:ascii="Arial" w:hAnsi="Arial" w:cs="Arial"/>
          <w:lang w:val="en-AU"/>
        </w:rPr>
        <w:t>v</w:t>
      </w:r>
      <w:r w:rsidRPr="0005441E">
        <w:rPr>
          <w:rFonts w:ascii="Arial" w:hAnsi="Arial" w:cs="Arial"/>
          <w:lang w:val="en-AU"/>
        </w:rPr>
        <w:t xml:space="preserve">olunteer </w:t>
      </w:r>
      <w:r w:rsidR="00FC5B9C">
        <w:rPr>
          <w:rFonts w:ascii="Arial" w:hAnsi="Arial" w:cs="Arial"/>
          <w:lang w:val="en-AU"/>
        </w:rPr>
        <w:t>l</w:t>
      </w:r>
      <w:r w:rsidRPr="0005441E">
        <w:rPr>
          <w:rFonts w:ascii="Arial" w:hAnsi="Arial" w:cs="Arial"/>
          <w:lang w:val="en-AU"/>
        </w:rPr>
        <w:t>ifecycle provides a structured approach to managing volunteers throughout their journey with Wollongong District Cricket Club. It ensures volunteers are supported from their initial involvement through to ongoing development and succession planning.</w:t>
      </w:r>
    </w:p>
    <w:p w14:paraId="7425E0C6" w14:textId="77777777" w:rsidR="007D62C0" w:rsidRPr="0005441E" w:rsidRDefault="007D62C0" w:rsidP="007D62C0">
      <w:pPr>
        <w:rPr>
          <w:rFonts w:ascii="Arial" w:hAnsi="Arial" w:cs="Arial"/>
          <w:lang w:val="en-AU"/>
        </w:rPr>
      </w:pPr>
      <w:r w:rsidRPr="0005441E">
        <w:rPr>
          <w:rFonts w:ascii="Arial" w:hAnsi="Arial" w:cs="Arial"/>
          <w:lang w:val="en-AU"/>
        </w:rPr>
        <w:t>The lifecycle consists of eight key stages:</w:t>
      </w:r>
    </w:p>
    <w:p w14:paraId="6C2CF44D" w14:textId="77777777" w:rsidR="007D62C0" w:rsidRPr="0005441E" w:rsidRDefault="007D62C0" w:rsidP="007D62C0">
      <w:pPr>
        <w:numPr>
          <w:ilvl w:val="0"/>
          <w:numId w:val="18"/>
        </w:numPr>
        <w:rPr>
          <w:rFonts w:ascii="Arial" w:hAnsi="Arial" w:cs="Arial"/>
          <w:lang w:val="en-AU"/>
        </w:rPr>
      </w:pPr>
      <w:r w:rsidRPr="0005441E">
        <w:rPr>
          <w:rFonts w:ascii="Arial" w:hAnsi="Arial" w:cs="Arial"/>
          <w:b/>
          <w:bCs/>
          <w:lang w:val="en-AU"/>
        </w:rPr>
        <w:t>Recruit</w:t>
      </w:r>
      <w:r w:rsidRPr="0005441E">
        <w:rPr>
          <w:rFonts w:ascii="Arial" w:hAnsi="Arial" w:cs="Arial"/>
          <w:lang w:val="en-AU"/>
        </w:rPr>
        <w:t xml:space="preserve"> – Attract volunteers through members, families, the local community and targeted recruitment initiatives.</w:t>
      </w:r>
    </w:p>
    <w:p w14:paraId="13A52F3A" w14:textId="77777777" w:rsidR="007D62C0" w:rsidRPr="0005441E" w:rsidRDefault="007D62C0" w:rsidP="007D62C0">
      <w:pPr>
        <w:numPr>
          <w:ilvl w:val="0"/>
          <w:numId w:val="18"/>
        </w:numPr>
        <w:rPr>
          <w:rFonts w:ascii="Arial" w:hAnsi="Arial" w:cs="Arial"/>
          <w:lang w:val="en-AU"/>
        </w:rPr>
      </w:pPr>
      <w:r w:rsidRPr="0005441E">
        <w:rPr>
          <w:rFonts w:ascii="Arial" w:hAnsi="Arial" w:cs="Arial"/>
          <w:b/>
          <w:bCs/>
          <w:lang w:val="en-AU"/>
        </w:rPr>
        <w:t>Screen</w:t>
      </w:r>
      <w:r w:rsidRPr="0005441E">
        <w:rPr>
          <w:rFonts w:ascii="Arial" w:hAnsi="Arial" w:cs="Arial"/>
          <w:lang w:val="en-AU"/>
        </w:rPr>
        <w:t xml:space="preserve"> – Complete role suitability assessments, Working </w:t>
      </w:r>
      <w:proofErr w:type="gramStart"/>
      <w:r w:rsidRPr="0005441E">
        <w:rPr>
          <w:rFonts w:ascii="Arial" w:hAnsi="Arial" w:cs="Arial"/>
          <w:lang w:val="en-AU"/>
        </w:rPr>
        <w:t>With</w:t>
      </w:r>
      <w:proofErr w:type="gramEnd"/>
      <w:r w:rsidRPr="0005441E">
        <w:rPr>
          <w:rFonts w:ascii="Arial" w:hAnsi="Arial" w:cs="Arial"/>
          <w:lang w:val="en-AU"/>
        </w:rPr>
        <w:t xml:space="preserve"> Children Checks (where required) and appointment processes.</w:t>
      </w:r>
    </w:p>
    <w:p w14:paraId="43118449" w14:textId="77777777" w:rsidR="007D62C0" w:rsidRPr="0005441E" w:rsidRDefault="007D62C0" w:rsidP="007D62C0">
      <w:pPr>
        <w:numPr>
          <w:ilvl w:val="0"/>
          <w:numId w:val="18"/>
        </w:numPr>
        <w:rPr>
          <w:rFonts w:ascii="Arial" w:hAnsi="Arial" w:cs="Arial"/>
          <w:lang w:val="en-AU"/>
        </w:rPr>
      </w:pPr>
      <w:r w:rsidRPr="0005441E">
        <w:rPr>
          <w:rFonts w:ascii="Arial" w:hAnsi="Arial" w:cs="Arial"/>
          <w:b/>
          <w:bCs/>
          <w:lang w:val="en-AU"/>
        </w:rPr>
        <w:t>Induct</w:t>
      </w:r>
      <w:r w:rsidRPr="0005441E">
        <w:rPr>
          <w:rFonts w:ascii="Arial" w:hAnsi="Arial" w:cs="Arial"/>
          <w:lang w:val="en-AU"/>
        </w:rPr>
        <w:t xml:space="preserve"> – Introduce volunteers to the Club's values, policies, expectations and role responsibilities.</w:t>
      </w:r>
    </w:p>
    <w:p w14:paraId="120CB18D" w14:textId="77777777" w:rsidR="007D62C0" w:rsidRPr="0005441E" w:rsidRDefault="007D62C0" w:rsidP="007D62C0">
      <w:pPr>
        <w:numPr>
          <w:ilvl w:val="0"/>
          <w:numId w:val="18"/>
        </w:numPr>
        <w:rPr>
          <w:rFonts w:ascii="Arial" w:hAnsi="Arial" w:cs="Arial"/>
          <w:lang w:val="en-AU"/>
        </w:rPr>
      </w:pPr>
      <w:r w:rsidRPr="0005441E">
        <w:rPr>
          <w:rFonts w:ascii="Arial" w:hAnsi="Arial" w:cs="Arial"/>
          <w:b/>
          <w:bCs/>
          <w:lang w:val="en-AU"/>
        </w:rPr>
        <w:t>Train</w:t>
      </w:r>
      <w:r w:rsidRPr="0005441E">
        <w:rPr>
          <w:rFonts w:ascii="Arial" w:hAnsi="Arial" w:cs="Arial"/>
          <w:lang w:val="en-AU"/>
        </w:rPr>
        <w:t xml:space="preserve"> – Provide role-specific training, mentoring and access to Cricket Australia and Cricket NSW education programs.</w:t>
      </w:r>
    </w:p>
    <w:p w14:paraId="0C041736" w14:textId="77777777" w:rsidR="007D62C0" w:rsidRPr="0005441E" w:rsidRDefault="007D62C0" w:rsidP="007D62C0">
      <w:pPr>
        <w:numPr>
          <w:ilvl w:val="0"/>
          <w:numId w:val="18"/>
        </w:numPr>
        <w:rPr>
          <w:rFonts w:ascii="Arial" w:hAnsi="Arial" w:cs="Arial"/>
          <w:lang w:val="en-AU"/>
        </w:rPr>
      </w:pPr>
      <w:r w:rsidRPr="0005441E">
        <w:rPr>
          <w:rFonts w:ascii="Arial" w:hAnsi="Arial" w:cs="Arial"/>
          <w:b/>
          <w:bCs/>
          <w:lang w:val="en-AU"/>
        </w:rPr>
        <w:t>Support</w:t>
      </w:r>
      <w:r w:rsidRPr="0005441E">
        <w:rPr>
          <w:rFonts w:ascii="Arial" w:hAnsi="Arial" w:cs="Arial"/>
          <w:lang w:val="en-AU"/>
        </w:rPr>
        <w:t xml:space="preserve"> – Maintain regular communication, provide resources and encourage collaboration across volunteer teams.</w:t>
      </w:r>
    </w:p>
    <w:p w14:paraId="13FB33CF" w14:textId="77777777" w:rsidR="007D62C0" w:rsidRPr="0005441E" w:rsidRDefault="007D62C0" w:rsidP="007D62C0">
      <w:pPr>
        <w:numPr>
          <w:ilvl w:val="0"/>
          <w:numId w:val="18"/>
        </w:numPr>
        <w:rPr>
          <w:rFonts w:ascii="Arial" w:hAnsi="Arial" w:cs="Arial"/>
          <w:lang w:val="en-AU"/>
        </w:rPr>
      </w:pPr>
      <w:r w:rsidRPr="0005441E">
        <w:rPr>
          <w:rFonts w:ascii="Arial" w:hAnsi="Arial" w:cs="Arial"/>
          <w:b/>
          <w:bCs/>
          <w:lang w:val="en-AU"/>
        </w:rPr>
        <w:t>Recognise</w:t>
      </w:r>
      <w:r w:rsidRPr="0005441E">
        <w:rPr>
          <w:rFonts w:ascii="Arial" w:hAnsi="Arial" w:cs="Arial"/>
          <w:lang w:val="en-AU"/>
        </w:rPr>
        <w:t xml:space="preserve"> – Celebrate volunteer contributions through awards, appreciation events and ongoing recognition.</w:t>
      </w:r>
    </w:p>
    <w:p w14:paraId="26FF40BA" w14:textId="77777777" w:rsidR="007D62C0" w:rsidRPr="0005441E" w:rsidRDefault="007D62C0" w:rsidP="007D62C0">
      <w:pPr>
        <w:numPr>
          <w:ilvl w:val="0"/>
          <w:numId w:val="18"/>
        </w:numPr>
        <w:rPr>
          <w:rFonts w:ascii="Arial" w:hAnsi="Arial" w:cs="Arial"/>
          <w:lang w:val="en-AU"/>
        </w:rPr>
      </w:pPr>
      <w:r w:rsidRPr="0005441E">
        <w:rPr>
          <w:rFonts w:ascii="Arial" w:hAnsi="Arial" w:cs="Arial"/>
          <w:b/>
          <w:bCs/>
          <w:lang w:val="en-AU"/>
        </w:rPr>
        <w:t>Retain</w:t>
      </w:r>
      <w:r w:rsidRPr="0005441E">
        <w:rPr>
          <w:rFonts w:ascii="Arial" w:hAnsi="Arial" w:cs="Arial"/>
          <w:lang w:val="en-AU"/>
        </w:rPr>
        <w:t xml:space="preserve"> – Create a positive volunteer experience that encourages long-term involvement and continued engagement.</w:t>
      </w:r>
    </w:p>
    <w:p w14:paraId="2962DFB6" w14:textId="77777777" w:rsidR="007D62C0" w:rsidRPr="0005441E" w:rsidRDefault="007D62C0" w:rsidP="007D62C0">
      <w:pPr>
        <w:numPr>
          <w:ilvl w:val="0"/>
          <w:numId w:val="18"/>
        </w:numPr>
        <w:rPr>
          <w:rFonts w:ascii="Arial" w:hAnsi="Arial" w:cs="Arial"/>
          <w:lang w:val="en-AU"/>
        </w:rPr>
      </w:pPr>
      <w:r w:rsidRPr="0005441E">
        <w:rPr>
          <w:rFonts w:ascii="Arial" w:hAnsi="Arial" w:cs="Arial"/>
          <w:b/>
          <w:bCs/>
          <w:lang w:val="en-AU"/>
        </w:rPr>
        <w:t>Succession</w:t>
      </w:r>
      <w:r w:rsidRPr="0005441E">
        <w:rPr>
          <w:rFonts w:ascii="Arial" w:hAnsi="Arial" w:cs="Arial"/>
          <w:lang w:val="en-AU"/>
        </w:rPr>
        <w:t xml:space="preserve"> – Identify and develop future leaders to ensure knowledge is retained and key volunteer roles remain sustainable.</w:t>
      </w:r>
    </w:p>
    <w:p w14:paraId="2267D1A5" w14:textId="535D4F0B" w:rsidR="00D22148" w:rsidRPr="0044581A" w:rsidRDefault="007D62C0" w:rsidP="007B0BC5">
      <w:pPr>
        <w:rPr>
          <w:rFonts w:ascii="Arial" w:hAnsi="Arial" w:cs="Arial"/>
          <w:lang w:val="en-AU"/>
        </w:rPr>
      </w:pPr>
      <w:r w:rsidRPr="0005441E">
        <w:rPr>
          <w:rFonts w:ascii="Arial" w:hAnsi="Arial" w:cs="Arial"/>
          <w:lang w:val="en-AU"/>
        </w:rPr>
        <w:t>By following this lifecycle, WDCC aims to build a capable, engaged and resilient volunteer workforce that supports the long-term success of the Club.</w:t>
      </w:r>
    </w:p>
    <w:p w14:paraId="35CD0E35" w14:textId="4C9A92EC" w:rsidR="00D22148" w:rsidRPr="00D22148" w:rsidRDefault="00D22148" w:rsidP="00D22148">
      <w:pPr>
        <w:pStyle w:val="ListParagraph"/>
        <w:numPr>
          <w:ilvl w:val="0"/>
          <w:numId w:val="35"/>
        </w:numPr>
        <w:rPr>
          <w:rFonts w:ascii="Arial" w:hAnsi="Arial" w:cs="Arial"/>
          <w:b/>
          <w:bCs/>
          <w:lang w:val="en-AU"/>
        </w:rPr>
      </w:pPr>
      <w:r w:rsidRPr="00D22148">
        <w:rPr>
          <w:rFonts w:ascii="Arial" w:hAnsi="Arial" w:cs="Arial"/>
          <w:b/>
          <w:bCs/>
          <w:lang w:val="en-AU"/>
        </w:rPr>
        <w:t>Volunteer Engagement</w:t>
      </w:r>
      <w:r w:rsidR="006873FC">
        <w:rPr>
          <w:rFonts w:ascii="Arial" w:hAnsi="Arial" w:cs="Arial"/>
          <w:b/>
          <w:bCs/>
          <w:lang w:val="en-AU"/>
        </w:rPr>
        <w:t xml:space="preserve">, </w:t>
      </w:r>
      <w:r w:rsidRPr="00D22148">
        <w:rPr>
          <w:rFonts w:ascii="Arial" w:hAnsi="Arial" w:cs="Arial"/>
          <w:b/>
          <w:bCs/>
          <w:lang w:val="en-AU"/>
        </w:rPr>
        <w:t>Retention</w:t>
      </w:r>
      <w:r w:rsidR="006873FC">
        <w:rPr>
          <w:rFonts w:ascii="Arial" w:hAnsi="Arial" w:cs="Arial"/>
          <w:b/>
          <w:bCs/>
          <w:lang w:val="en-AU"/>
        </w:rPr>
        <w:t xml:space="preserve"> &amp; Wellbeing</w:t>
      </w:r>
    </w:p>
    <w:p w14:paraId="57AC6142" w14:textId="77777777" w:rsidR="006873FC" w:rsidRDefault="006873FC" w:rsidP="006873FC">
      <w:pPr>
        <w:rPr>
          <w:rFonts w:ascii="Arial" w:hAnsi="Arial" w:cs="Arial"/>
          <w:lang w:val="en-AU"/>
        </w:rPr>
      </w:pPr>
      <w:r>
        <w:rPr>
          <w:rFonts w:ascii="Arial" w:hAnsi="Arial" w:cs="Arial"/>
          <w:lang w:val="en-AU"/>
        </w:rPr>
        <w:t>The Club will:</w:t>
      </w:r>
    </w:p>
    <w:p w14:paraId="2B09D4C7" w14:textId="6F5CD6E1" w:rsidR="006873FC" w:rsidRPr="006873FC" w:rsidRDefault="006873FC" w:rsidP="006873FC">
      <w:pPr>
        <w:pStyle w:val="ListParagraph"/>
        <w:numPr>
          <w:ilvl w:val="0"/>
          <w:numId w:val="44"/>
        </w:numPr>
        <w:rPr>
          <w:rFonts w:ascii="Arial" w:hAnsi="Arial" w:cs="Arial"/>
          <w:lang w:val="en-AU"/>
        </w:rPr>
      </w:pPr>
      <w:r w:rsidRPr="006873FC">
        <w:rPr>
          <w:rFonts w:ascii="Arial" w:hAnsi="Arial" w:cs="Arial"/>
          <w:lang w:val="en-AU"/>
        </w:rPr>
        <w:t xml:space="preserve">provide clear role expectations </w:t>
      </w:r>
    </w:p>
    <w:p w14:paraId="33349A41" w14:textId="0B1C13FF" w:rsidR="006873FC" w:rsidRPr="006873FC" w:rsidRDefault="006873FC" w:rsidP="006873FC">
      <w:pPr>
        <w:pStyle w:val="ListParagraph"/>
        <w:numPr>
          <w:ilvl w:val="0"/>
          <w:numId w:val="44"/>
        </w:numPr>
        <w:rPr>
          <w:rFonts w:ascii="Arial" w:hAnsi="Arial" w:cs="Arial"/>
          <w:lang w:val="en-AU"/>
        </w:rPr>
      </w:pPr>
      <w:r w:rsidRPr="006873FC">
        <w:rPr>
          <w:rFonts w:ascii="Arial" w:hAnsi="Arial" w:cs="Arial"/>
          <w:lang w:val="en-AU"/>
        </w:rPr>
        <w:t xml:space="preserve">respect volunteer availability </w:t>
      </w:r>
    </w:p>
    <w:p w14:paraId="040E7FCA" w14:textId="4F37CA25" w:rsidR="006873FC" w:rsidRPr="006873FC" w:rsidRDefault="006873FC" w:rsidP="006873FC">
      <w:pPr>
        <w:pStyle w:val="ListParagraph"/>
        <w:numPr>
          <w:ilvl w:val="0"/>
          <w:numId w:val="44"/>
        </w:numPr>
        <w:rPr>
          <w:rFonts w:ascii="Arial" w:hAnsi="Arial" w:cs="Arial"/>
          <w:lang w:val="en-AU"/>
        </w:rPr>
      </w:pPr>
      <w:r w:rsidRPr="006873FC">
        <w:rPr>
          <w:rFonts w:ascii="Arial" w:hAnsi="Arial" w:cs="Arial"/>
          <w:lang w:val="en-AU"/>
        </w:rPr>
        <w:t xml:space="preserve">encourage shared responsibilities </w:t>
      </w:r>
    </w:p>
    <w:p w14:paraId="3B49297F" w14:textId="2A52C33C" w:rsidR="006873FC" w:rsidRPr="006873FC" w:rsidRDefault="006873FC" w:rsidP="006873FC">
      <w:pPr>
        <w:pStyle w:val="ListParagraph"/>
        <w:numPr>
          <w:ilvl w:val="0"/>
          <w:numId w:val="44"/>
        </w:numPr>
        <w:rPr>
          <w:rFonts w:ascii="Arial" w:hAnsi="Arial" w:cs="Arial"/>
          <w:lang w:val="en-AU"/>
        </w:rPr>
      </w:pPr>
      <w:r w:rsidRPr="006873FC">
        <w:rPr>
          <w:rFonts w:ascii="Arial" w:hAnsi="Arial" w:cs="Arial"/>
          <w:lang w:val="en-AU"/>
        </w:rPr>
        <w:t xml:space="preserve">communicate regularly </w:t>
      </w:r>
    </w:p>
    <w:p w14:paraId="00C9C110" w14:textId="4418ADD0" w:rsidR="006873FC" w:rsidRPr="006873FC" w:rsidRDefault="006873FC" w:rsidP="006873FC">
      <w:pPr>
        <w:pStyle w:val="ListParagraph"/>
        <w:numPr>
          <w:ilvl w:val="0"/>
          <w:numId w:val="44"/>
        </w:numPr>
        <w:rPr>
          <w:rFonts w:ascii="Arial" w:hAnsi="Arial" w:cs="Arial"/>
          <w:lang w:val="en-AU"/>
        </w:rPr>
      </w:pPr>
      <w:r w:rsidRPr="006873FC">
        <w:rPr>
          <w:rFonts w:ascii="Arial" w:hAnsi="Arial" w:cs="Arial"/>
          <w:lang w:val="en-AU"/>
        </w:rPr>
        <w:t xml:space="preserve">recognise contributions </w:t>
      </w:r>
    </w:p>
    <w:p w14:paraId="570020B5" w14:textId="01D0D650" w:rsidR="006873FC" w:rsidRPr="006873FC" w:rsidRDefault="006873FC" w:rsidP="006873FC">
      <w:pPr>
        <w:pStyle w:val="ListParagraph"/>
        <w:numPr>
          <w:ilvl w:val="0"/>
          <w:numId w:val="44"/>
        </w:numPr>
        <w:rPr>
          <w:rFonts w:ascii="Arial" w:hAnsi="Arial" w:cs="Arial"/>
          <w:lang w:val="en-AU"/>
        </w:rPr>
      </w:pPr>
      <w:r w:rsidRPr="006873FC">
        <w:rPr>
          <w:rFonts w:ascii="Arial" w:hAnsi="Arial" w:cs="Arial"/>
          <w:lang w:val="en-AU"/>
        </w:rPr>
        <w:t xml:space="preserve">provide development opportunities </w:t>
      </w:r>
    </w:p>
    <w:p w14:paraId="5283EB6E" w14:textId="77F938D1" w:rsidR="00D22148" w:rsidRDefault="006873FC" w:rsidP="0044581A">
      <w:pPr>
        <w:pStyle w:val="ListParagraph"/>
        <w:numPr>
          <w:ilvl w:val="0"/>
          <w:numId w:val="44"/>
        </w:numPr>
        <w:rPr>
          <w:rFonts w:ascii="Arial" w:hAnsi="Arial" w:cs="Arial"/>
          <w:lang w:val="en-AU"/>
        </w:rPr>
      </w:pPr>
      <w:r w:rsidRPr="006873FC">
        <w:rPr>
          <w:rFonts w:ascii="Arial" w:hAnsi="Arial" w:cs="Arial"/>
          <w:lang w:val="en-AU"/>
        </w:rPr>
        <w:t>seek feedback</w:t>
      </w:r>
    </w:p>
    <w:p w14:paraId="04B62443" w14:textId="77777777" w:rsidR="0044581A" w:rsidRPr="0044581A" w:rsidRDefault="0044581A" w:rsidP="0044581A">
      <w:pPr>
        <w:rPr>
          <w:rFonts w:ascii="Arial" w:hAnsi="Arial" w:cs="Arial"/>
          <w:lang w:val="en-AU"/>
        </w:rPr>
      </w:pPr>
    </w:p>
    <w:p w14:paraId="1050A5BB" w14:textId="77777777" w:rsidR="00D22148" w:rsidRPr="00D22148" w:rsidRDefault="00D22148" w:rsidP="00D22148">
      <w:pPr>
        <w:pStyle w:val="ListParagraph"/>
        <w:numPr>
          <w:ilvl w:val="0"/>
          <w:numId w:val="35"/>
        </w:numPr>
        <w:rPr>
          <w:rFonts w:ascii="Arial" w:hAnsi="Arial" w:cs="Arial"/>
          <w:b/>
          <w:bCs/>
          <w:lang w:val="en-AU"/>
        </w:rPr>
      </w:pPr>
      <w:r w:rsidRPr="00D22148">
        <w:rPr>
          <w:rFonts w:ascii="Arial" w:hAnsi="Arial" w:cs="Arial"/>
          <w:b/>
          <w:bCs/>
          <w:lang w:val="en-AU"/>
        </w:rPr>
        <w:lastRenderedPageBreak/>
        <w:t>Volunteer Support &amp; Wellbeing</w:t>
      </w:r>
    </w:p>
    <w:p w14:paraId="00F2C217" w14:textId="77777777" w:rsidR="00D22148" w:rsidRPr="00D22148" w:rsidRDefault="00D22148" w:rsidP="00D22148">
      <w:pPr>
        <w:rPr>
          <w:rFonts w:ascii="Arial" w:hAnsi="Arial" w:cs="Arial"/>
          <w:lang w:val="en-AU"/>
        </w:rPr>
      </w:pPr>
      <w:r w:rsidRPr="00D22148">
        <w:rPr>
          <w:rFonts w:ascii="Arial" w:hAnsi="Arial" w:cs="Arial"/>
          <w:lang w:val="en-AU"/>
        </w:rPr>
        <w:t>WDCC recognises volunteers balance Club commitments with personal, family and work responsibilities.</w:t>
      </w:r>
    </w:p>
    <w:p w14:paraId="7C0CA6F2" w14:textId="77777777" w:rsidR="00D22148" w:rsidRPr="00D22148" w:rsidRDefault="00D22148" w:rsidP="00D22148">
      <w:pPr>
        <w:rPr>
          <w:rFonts w:ascii="Arial" w:hAnsi="Arial" w:cs="Arial"/>
          <w:lang w:val="en-AU"/>
        </w:rPr>
      </w:pPr>
      <w:r w:rsidRPr="00D22148">
        <w:rPr>
          <w:rFonts w:ascii="Arial" w:hAnsi="Arial" w:cs="Arial"/>
          <w:lang w:val="en-AU"/>
        </w:rPr>
        <w:t>The Club will:</w:t>
      </w:r>
    </w:p>
    <w:p w14:paraId="0C6D93C5" w14:textId="77777777" w:rsidR="00D22148" w:rsidRPr="00D22148" w:rsidRDefault="00D22148" w:rsidP="00D22148">
      <w:pPr>
        <w:numPr>
          <w:ilvl w:val="0"/>
          <w:numId w:val="37"/>
        </w:numPr>
        <w:rPr>
          <w:rFonts w:ascii="Arial" w:hAnsi="Arial" w:cs="Arial"/>
          <w:lang w:val="en-AU"/>
        </w:rPr>
      </w:pPr>
      <w:r w:rsidRPr="00D22148">
        <w:rPr>
          <w:rFonts w:ascii="Arial" w:hAnsi="Arial" w:cs="Arial"/>
          <w:lang w:val="en-AU"/>
        </w:rPr>
        <w:t xml:space="preserve">Respect volunteer availability. </w:t>
      </w:r>
    </w:p>
    <w:p w14:paraId="62CAA356" w14:textId="77777777" w:rsidR="00D22148" w:rsidRPr="00D22148" w:rsidRDefault="00D22148" w:rsidP="00D22148">
      <w:pPr>
        <w:numPr>
          <w:ilvl w:val="0"/>
          <w:numId w:val="37"/>
        </w:numPr>
        <w:rPr>
          <w:rFonts w:ascii="Arial" w:hAnsi="Arial" w:cs="Arial"/>
          <w:lang w:val="en-AU"/>
        </w:rPr>
      </w:pPr>
      <w:r w:rsidRPr="00D22148">
        <w:rPr>
          <w:rFonts w:ascii="Arial" w:hAnsi="Arial" w:cs="Arial"/>
          <w:lang w:val="en-AU"/>
        </w:rPr>
        <w:t xml:space="preserve">Encourage shared responsibilities. </w:t>
      </w:r>
    </w:p>
    <w:p w14:paraId="12E911FB" w14:textId="77777777" w:rsidR="00D22148" w:rsidRPr="00D22148" w:rsidRDefault="00D22148" w:rsidP="00D22148">
      <w:pPr>
        <w:numPr>
          <w:ilvl w:val="0"/>
          <w:numId w:val="37"/>
        </w:numPr>
        <w:rPr>
          <w:rFonts w:ascii="Arial" w:hAnsi="Arial" w:cs="Arial"/>
          <w:lang w:val="en-AU"/>
        </w:rPr>
      </w:pPr>
      <w:r w:rsidRPr="00D22148">
        <w:rPr>
          <w:rFonts w:ascii="Arial" w:hAnsi="Arial" w:cs="Arial"/>
          <w:lang w:val="en-AU"/>
        </w:rPr>
        <w:t xml:space="preserve">Avoid over-reliance on individuals. </w:t>
      </w:r>
    </w:p>
    <w:p w14:paraId="126387B4" w14:textId="77777777" w:rsidR="00D22148" w:rsidRPr="00D22148" w:rsidRDefault="00D22148" w:rsidP="00D22148">
      <w:pPr>
        <w:numPr>
          <w:ilvl w:val="0"/>
          <w:numId w:val="37"/>
        </w:numPr>
        <w:rPr>
          <w:rFonts w:ascii="Arial" w:hAnsi="Arial" w:cs="Arial"/>
          <w:lang w:val="en-AU"/>
        </w:rPr>
      </w:pPr>
      <w:r w:rsidRPr="00D22148">
        <w:rPr>
          <w:rFonts w:ascii="Arial" w:hAnsi="Arial" w:cs="Arial"/>
          <w:lang w:val="en-AU"/>
        </w:rPr>
        <w:t xml:space="preserve">Provide support when challenges arise. </w:t>
      </w:r>
    </w:p>
    <w:p w14:paraId="670B1F6A" w14:textId="3A771B4B" w:rsidR="0044581A" w:rsidRDefault="00D22148" w:rsidP="0044581A">
      <w:pPr>
        <w:numPr>
          <w:ilvl w:val="0"/>
          <w:numId w:val="37"/>
        </w:numPr>
        <w:rPr>
          <w:rFonts w:ascii="Arial" w:hAnsi="Arial" w:cs="Arial"/>
          <w:lang w:val="en-AU"/>
        </w:rPr>
      </w:pPr>
      <w:r w:rsidRPr="00D22148">
        <w:rPr>
          <w:rFonts w:ascii="Arial" w:hAnsi="Arial" w:cs="Arial"/>
          <w:lang w:val="en-AU"/>
        </w:rPr>
        <w:t>Promote a positive and enjoyable volunteer experience.</w:t>
      </w:r>
    </w:p>
    <w:p w14:paraId="007CF960" w14:textId="77777777" w:rsidR="0044581A" w:rsidRPr="0044581A" w:rsidRDefault="0044581A" w:rsidP="0044581A">
      <w:pPr>
        <w:ind w:left="720"/>
        <w:rPr>
          <w:rFonts w:ascii="Arial" w:hAnsi="Arial" w:cs="Arial"/>
          <w:lang w:val="en-AU"/>
        </w:rPr>
      </w:pPr>
    </w:p>
    <w:p w14:paraId="43A2FD73" w14:textId="2F81E101" w:rsidR="00394CBB" w:rsidRPr="00394CBB" w:rsidRDefault="00394CBB" w:rsidP="00394CBB">
      <w:pPr>
        <w:pStyle w:val="ListParagraph"/>
        <w:numPr>
          <w:ilvl w:val="0"/>
          <w:numId w:val="35"/>
        </w:numPr>
        <w:rPr>
          <w:rFonts w:ascii="Arial" w:hAnsi="Arial" w:cs="Arial"/>
          <w:b/>
          <w:bCs/>
          <w:lang w:val="en-AU"/>
        </w:rPr>
      </w:pPr>
      <w:r w:rsidRPr="00394CBB">
        <w:rPr>
          <w:rFonts w:ascii="Arial" w:hAnsi="Arial" w:cs="Arial"/>
          <w:b/>
          <w:bCs/>
          <w:lang w:val="en-AU"/>
        </w:rPr>
        <w:t>Inclusion and Accessibility</w:t>
      </w:r>
    </w:p>
    <w:p w14:paraId="5EE20BA7" w14:textId="35E8FC30" w:rsidR="00394CBB" w:rsidRPr="00394CBB" w:rsidRDefault="00394CBB" w:rsidP="00394CBB">
      <w:pPr>
        <w:rPr>
          <w:rFonts w:ascii="Arial" w:hAnsi="Arial" w:cs="Arial"/>
          <w:lang w:val="en-AU"/>
        </w:rPr>
      </w:pPr>
      <w:r w:rsidRPr="00394CBB">
        <w:rPr>
          <w:rFonts w:ascii="Arial" w:hAnsi="Arial" w:cs="Arial"/>
          <w:lang w:val="en-AU"/>
        </w:rPr>
        <w:t xml:space="preserve">WDCC </w:t>
      </w:r>
      <w:r w:rsidR="006873FC">
        <w:rPr>
          <w:rFonts w:ascii="Arial" w:hAnsi="Arial" w:cs="Arial"/>
          <w:lang w:val="en-AU"/>
        </w:rPr>
        <w:t>promotes</w:t>
      </w:r>
      <w:r w:rsidRPr="00394CBB">
        <w:rPr>
          <w:rFonts w:ascii="Arial" w:hAnsi="Arial" w:cs="Arial"/>
          <w:lang w:val="en-AU"/>
        </w:rPr>
        <w:t>:</w:t>
      </w:r>
    </w:p>
    <w:p w14:paraId="20E5EE92" w14:textId="77777777" w:rsidR="00394CBB" w:rsidRPr="00394CBB" w:rsidRDefault="00394CBB" w:rsidP="00394CBB">
      <w:pPr>
        <w:numPr>
          <w:ilvl w:val="0"/>
          <w:numId w:val="43"/>
        </w:numPr>
        <w:rPr>
          <w:rFonts w:ascii="Arial" w:hAnsi="Arial" w:cs="Arial"/>
          <w:lang w:val="en-AU"/>
        </w:rPr>
      </w:pPr>
      <w:r w:rsidRPr="00394CBB">
        <w:rPr>
          <w:rFonts w:ascii="Arial" w:hAnsi="Arial" w:cs="Arial"/>
          <w:lang w:val="en-AU"/>
        </w:rPr>
        <w:t xml:space="preserve">gender equality </w:t>
      </w:r>
    </w:p>
    <w:p w14:paraId="2FFE15E8" w14:textId="77777777" w:rsidR="00394CBB" w:rsidRPr="00394CBB" w:rsidRDefault="00394CBB" w:rsidP="00394CBB">
      <w:pPr>
        <w:numPr>
          <w:ilvl w:val="0"/>
          <w:numId w:val="43"/>
        </w:numPr>
        <w:rPr>
          <w:rFonts w:ascii="Arial" w:hAnsi="Arial" w:cs="Arial"/>
          <w:lang w:val="en-AU"/>
        </w:rPr>
      </w:pPr>
      <w:r w:rsidRPr="00394CBB">
        <w:rPr>
          <w:rFonts w:ascii="Arial" w:hAnsi="Arial" w:cs="Arial"/>
          <w:lang w:val="en-AU"/>
        </w:rPr>
        <w:t xml:space="preserve">inclusive participation </w:t>
      </w:r>
    </w:p>
    <w:p w14:paraId="419B27F8" w14:textId="77777777" w:rsidR="00394CBB" w:rsidRPr="00394CBB" w:rsidRDefault="00394CBB" w:rsidP="00394CBB">
      <w:pPr>
        <w:numPr>
          <w:ilvl w:val="0"/>
          <w:numId w:val="43"/>
        </w:numPr>
        <w:rPr>
          <w:rFonts w:ascii="Arial" w:hAnsi="Arial" w:cs="Arial"/>
          <w:lang w:val="en-AU"/>
        </w:rPr>
      </w:pPr>
      <w:r w:rsidRPr="00394CBB">
        <w:rPr>
          <w:rFonts w:ascii="Arial" w:hAnsi="Arial" w:cs="Arial"/>
          <w:lang w:val="en-AU"/>
        </w:rPr>
        <w:t xml:space="preserve">culturally safe environments </w:t>
      </w:r>
    </w:p>
    <w:p w14:paraId="785921E4" w14:textId="77777777" w:rsidR="00394CBB" w:rsidRPr="00394CBB" w:rsidRDefault="00394CBB" w:rsidP="00394CBB">
      <w:pPr>
        <w:numPr>
          <w:ilvl w:val="0"/>
          <w:numId w:val="43"/>
        </w:numPr>
        <w:rPr>
          <w:rFonts w:ascii="Arial" w:hAnsi="Arial" w:cs="Arial"/>
          <w:lang w:val="en-AU"/>
        </w:rPr>
      </w:pPr>
      <w:r w:rsidRPr="00394CBB">
        <w:rPr>
          <w:rFonts w:ascii="Arial" w:hAnsi="Arial" w:cs="Arial"/>
          <w:lang w:val="en-AU"/>
        </w:rPr>
        <w:t xml:space="preserve">accessibility for people with disability </w:t>
      </w:r>
    </w:p>
    <w:p w14:paraId="0E762F01" w14:textId="77777777" w:rsidR="00394CBB" w:rsidRPr="00394CBB" w:rsidRDefault="00394CBB" w:rsidP="00394CBB">
      <w:pPr>
        <w:numPr>
          <w:ilvl w:val="0"/>
          <w:numId w:val="43"/>
        </w:numPr>
        <w:rPr>
          <w:rFonts w:ascii="Arial" w:hAnsi="Arial" w:cs="Arial"/>
          <w:lang w:val="en-AU"/>
        </w:rPr>
      </w:pPr>
      <w:r w:rsidRPr="00394CBB">
        <w:rPr>
          <w:rFonts w:ascii="Arial" w:hAnsi="Arial" w:cs="Arial"/>
          <w:lang w:val="en-AU"/>
        </w:rPr>
        <w:t>respectful participation regardless of age, background or ability</w:t>
      </w:r>
    </w:p>
    <w:p w14:paraId="6AB7C583" w14:textId="77777777" w:rsidR="00FD6AE1" w:rsidRPr="0005441E" w:rsidRDefault="00FD6AE1" w:rsidP="007B0BC5">
      <w:pPr>
        <w:rPr>
          <w:rFonts w:ascii="Arial" w:hAnsi="Arial" w:cs="Arial"/>
        </w:rPr>
      </w:pPr>
    </w:p>
    <w:p w14:paraId="7282C3FD" w14:textId="1443DF0B" w:rsidR="007D62C0" w:rsidRPr="0005441E" w:rsidRDefault="007D62C0" w:rsidP="003C07C1">
      <w:pPr>
        <w:pStyle w:val="ListParagraph"/>
        <w:numPr>
          <w:ilvl w:val="0"/>
          <w:numId w:val="35"/>
        </w:numPr>
        <w:rPr>
          <w:rFonts w:ascii="Arial" w:hAnsi="Arial" w:cs="Arial"/>
          <w:b/>
          <w:bCs/>
          <w:lang w:val="en-AU"/>
        </w:rPr>
      </w:pPr>
      <w:r w:rsidRPr="0005441E">
        <w:rPr>
          <w:rFonts w:ascii="Arial" w:hAnsi="Arial" w:cs="Arial"/>
          <w:b/>
          <w:bCs/>
          <w:lang w:val="en-AU"/>
        </w:rPr>
        <w:t xml:space="preserve">Recruitment </w:t>
      </w:r>
    </w:p>
    <w:p w14:paraId="1DA5B7F9" w14:textId="2117A57D" w:rsidR="007D62C0" w:rsidRPr="0005441E" w:rsidRDefault="007D62C0" w:rsidP="007D62C0">
      <w:pPr>
        <w:rPr>
          <w:rFonts w:ascii="Arial" w:hAnsi="Arial" w:cs="Arial"/>
          <w:lang w:val="en-AU"/>
        </w:rPr>
      </w:pPr>
      <w:r w:rsidRPr="0005441E">
        <w:rPr>
          <w:rFonts w:ascii="Arial" w:hAnsi="Arial" w:cs="Arial"/>
          <w:lang w:val="en-AU"/>
        </w:rPr>
        <w:t>WDCC is committed to recruiting volunteers who support the Club's values and contribute to a safe, inclusive and positive environment. Volunteers are essential to the successful delivery of cricket programs, events and club operations.</w:t>
      </w:r>
    </w:p>
    <w:p w14:paraId="798F970E" w14:textId="77777777" w:rsidR="007D62C0" w:rsidRPr="0005441E" w:rsidRDefault="007D62C0" w:rsidP="007D62C0">
      <w:pPr>
        <w:rPr>
          <w:rFonts w:ascii="Arial" w:hAnsi="Arial" w:cs="Arial"/>
          <w:lang w:val="en-AU"/>
        </w:rPr>
      </w:pPr>
      <w:r w:rsidRPr="0005441E">
        <w:rPr>
          <w:rFonts w:ascii="Arial" w:hAnsi="Arial" w:cs="Arial"/>
          <w:lang w:val="en-AU"/>
        </w:rPr>
        <w:t>Volunteer opportunities will be promoted through the Club's website, social media, member communications, registration process and community networks. Position descriptions will be provided for key roles, outlining responsibilities, reporting lines and any required qualifications or training.</w:t>
      </w:r>
    </w:p>
    <w:p w14:paraId="14A2FEDB" w14:textId="77777777" w:rsidR="007D62C0" w:rsidRPr="0005441E" w:rsidRDefault="007D62C0" w:rsidP="007D62C0">
      <w:pPr>
        <w:rPr>
          <w:rFonts w:ascii="Arial" w:hAnsi="Arial" w:cs="Arial"/>
          <w:lang w:val="en-AU"/>
        </w:rPr>
      </w:pPr>
      <w:r w:rsidRPr="0005441E">
        <w:rPr>
          <w:rFonts w:ascii="Arial" w:hAnsi="Arial" w:cs="Arial"/>
          <w:lang w:val="en-AU"/>
        </w:rPr>
        <w:t>The recruitment process will include:</w:t>
      </w:r>
    </w:p>
    <w:p w14:paraId="4C17DA52" w14:textId="77777777" w:rsidR="007D62C0" w:rsidRPr="0005441E" w:rsidRDefault="007D62C0" w:rsidP="007D62C0">
      <w:pPr>
        <w:numPr>
          <w:ilvl w:val="0"/>
          <w:numId w:val="19"/>
        </w:numPr>
        <w:rPr>
          <w:rFonts w:ascii="Arial" w:hAnsi="Arial" w:cs="Arial"/>
          <w:lang w:val="en-AU"/>
        </w:rPr>
      </w:pPr>
      <w:r w:rsidRPr="0005441E">
        <w:rPr>
          <w:rFonts w:ascii="Arial" w:hAnsi="Arial" w:cs="Arial"/>
          <w:lang w:val="en-AU"/>
        </w:rPr>
        <w:t>Identifying volunteer needs.</w:t>
      </w:r>
    </w:p>
    <w:p w14:paraId="4A1F4F8F" w14:textId="77777777" w:rsidR="007D62C0" w:rsidRPr="0005441E" w:rsidRDefault="007D62C0" w:rsidP="007D62C0">
      <w:pPr>
        <w:numPr>
          <w:ilvl w:val="0"/>
          <w:numId w:val="19"/>
        </w:numPr>
        <w:rPr>
          <w:rFonts w:ascii="Arial" w:hAnsi="Arial" w:cs="Arial"/>
          <w:lang w:val="en-AU"/>
        </w:rPr>
      </w:pPr>
      <w:r w:rsidRPr="0005441E">
        <w:rPr>
          <w:rFonts w:ascii="Arial" w:hAnsi="Arial" w:cs="Arial"/>
          <w:lang w:val="en-AU"/>
        </w:rPr>
        <w:t>Promoting available roles.</w:t>
      </w:r>
    </w:p>
    <w:p w14:paraId="2E3BFDA3" w14:textId="77777777" w:rsidR="007D62C0" w:rsidRPr="0005441E" w:rsidRDefault="007D62C0" w:rsidP="007D62C0">
      <w:pPr>
        <w:numPr>
          <w:ilvl w:val="0"/>
          <w:numId w:val="19"/>
        </w:numPr>
        <w:rPr>
          <w:rFonts w:ascii="Arial" w:hAnsi="Arial" w:cs="Arial"/>
          <w:lang w:val="en-AU"/>
        </w:rPr>
      </w:pPr>
      <w:r w:rsidRPr="0005441E">
        <w:rPr>
          <w:rFonts w:ascii="Arial" w:hAnsi="Arial" w:cs="Arial"/>
          <w:lang w:val="en-AU"/>
        </w:rPr>
        <w:lastRenderedPageBreak/>
        <w:t>Matching volunteers to suitable positions.</w:t>
      </w:r>
    </w:p>
    <w:p w14:paraId="4E7E2424" w14:textId="77777777" w:rsidR="007D62C0" w:rsidRPr="0005441E" w:rsidRDefault="007D62C0" w:rsidP="007D62C0">
      <w:pPr>
        <w:numPr>
          <w:ilvl w:val="0"/>
          <w:numId w:val="19"/>
        </w:numPr>
        <w:rPr>
          <w:rFonts w:ascii="Arial" w:hAnsi="Arial" w:cs="Arial"/>
          <w:lang w:val="en-AU"/>
        </w:rPr>
      </w:pPr>
      <w:r w:rsidRPr="0005441E">
        <w:rPr>
          <w:rFonts w:ascii="Arial" w:hAnsi="Arial" w:cs="Arial"/>
          <w:lang w:val="en-AU"/>
        </w:rPr>
        <w:t xml:space="preserve">Completing required screening, including Working </w:t>
      </w:r>
      <w:proofErr w:type="gramStart"/>
      <w:r w:rsidRPr="0005441E">
        <w:rPr>
          <w:rFonts w:ascii="Arial" w:hAnsi="Arial" w:cs="Arial"/>
          <w:lang w:val="en-AU"/>
        </w:rPr>
        <w:t>With</w:t>
      </w:r>
      <w:proofErr w:type="gramEnd"/>
      <w:r w:rsidRPr="0005441E">
        <w:rPr>
          <w:rFonts w:ascii="Arial" w:hAnsi="Arial" w:cs="Arial"/>
          <w:lang w:val="en-AU"/>
        </w:rPr>
        <w:t xml:space="preserve"> Children Checks where applicable.</w:t>
      </w:r>
    </w:p>
    <w:p w14:paraId="583D4F52" w14:textId="77777777" w:rsidR="007D62C0" w:rsidRPr="0005441E" w:rsidRDefault="007D62C0" w:rsidP="007D62C0">
      <w:pPr>
        <w:numPr>
          <w:ilvl w:val="0"/>
          <w:numId w:val="19"/>
        </w:numPr>
        <w:rPr>
          <w:rFonts w:ascii="Arial" w:hAnsi="Arial" w:cs="Arial"/>
          <w:lang w:val="en-AU"/>
        </w:rPr>
      </w:pPr>
      <w:r w:rsidRPr="0005441E">
        <w:rPr>
          <w:rFonts w:ascii="Arial" w:hAnsi="Arial" w:cs="Arial"/>
          <w:lang w:val="en-AU"/>
        </w:rPr>
        <w:t>Providing induction and role-specific training.</w:t>
      </w:r>
    </w:p>
    <w:p w14:paraId="7BF052E0" w14:textId="557799BC" w:rsidR="0044581A" w:rsidRDefault="007D62C0" w:rsidP="007D62C0">
      <w:pPr>
        <w:rPr>
          <w:rFonts w:ascii="Arial" w:hAnsi="Arial" w:cs="Arial"/>
          <w:lang w:val="en-AU"/>
        </w:rPr>
      </w:pPr>
      <w:r w:rsidRPr="0005441E">
        <w:rPr>
          <w:rFonts w:ascii="Arial" w:hAnsi="Arial" w:cs="Arial"/>
          <w:lang w:val="en-AU"/>
        </w:rPr>
        <w:t>WDCC encourages participation from players, parents, families, past players and members of the wider community. Recruitment will be based on fairness, inclusion and the needs of the Club, with all volunteers treated equally and provided with appropriate support to succeed in their roles.</w:t>
      </w:r>
    </w:p>
    <w:p w14:paraId="03A6C64C" w14:textId="77777777" w:rsidR="00394CBB" w:rsidRPr="00394CBB" w:rsidRDefault="00394CBB" w:rsidP="00394CBB">
      <w:pPr>
        <w:rPr>
          <w:rFonts w:ascii="Arial" w:hAnsi="Arial" w:cs="Arial"/>
          <w:b/>
          <w:bCs/>
          <w:lang w:val="en-AU"/>
        </w:rPr>
      </w:pPr>
      <w:r w:rsidRPr="00394CBB">
        <w:rPr>
          <w:rFonts w:ascii="Arial" w:hAnsi="Arial" w:cs="Arial"/>
          <w:b/>
          <w:bCs/>
          <w:lang w:val="en-AU"/>
        </w:rPr>
        <w:t>Recruitment Channels</w:t>
      </w:r>
    </w:p>
    <w:p w14:paraId="301204A3" w14:textId="77777777" w:rsidR="00394CBB" w:rsidRPr="00394CBB" w:rsidRDefault="00394CBB" w:rsidP="00394CBB">
      <w:pPr>
        <w:rPr>
          <w:rFonts w:ascii="Arial" w:hAnsi="Arial" w:cs="Arial"/>
          <w:lang w:val="en-AU"/>
        </w:rPr>
      </w:pPr>
      <w:r w:rsidRPr="00394CBB">
        <w:rPr>
          <w:rFonts w:ascii="Arial" w:hAnsi="Arial" w:cs="Arial"/>
          <w:lang w:val="en-AU"/>
        </w:rPr>
        <w:t>WDCC will recruit through:</w:t>
      </w:r>
    </w:p>
    <w:p w14:paraId="3E48AF71" w14:textId="77777777" w:rsidR="00394CBB" w:rsidRPr="00394CBB" w:rsidRDefault="00394CBB" w:rsidP="00394CBB">
      <w:pPr>
        <w:numPr>
          <w:ilvl w:val="0"/>
          <w:numId w:val="42"/>
        </w:numPr>
        <w:rPr>
          <w:rFonts w:ascii="Arial" w:hAnsi="Arial" w:cs="Arial"/>
          <w:lang w:val="en-AU"/>
        </w:rPr>
      </w:pPr>
      <w:r w:rsidRPr="00394CBB">
        <w:rPr>
          <w:rFonts w:ascii="Arial" w:hAnsi="Arial" w:cs="Arial"/>
          <w:lang w:val="en-AU"/>
        </w:rPr>
        <w:t xml:space="preserve">Player registration process </w:t>
      </w:r>
    </w:p>
    <w:p w14:paraId="057F4DCF" w14:textId="77777777" w:rsidR="00394CBB" w:rsidRPr="00394CBB" w:rsidRDefault="00394CBB" w:rsidP="00394CBB">
      <w:pPr>
        <w:numPr>
          <w:ilvl w:val="0"/>
          <w:numId w:val="42"/>
        </w:numPr>
        <w:rPr>
          <w:rFonts w:ascii="Arial" w:hAnsi="Arial" w:cs="Arial"/>
          <w:lang w:val="en-AU"/>
        </w:rPr>
      </w:pPr>
      <w:r w:rsidRPr="00394CBB">
        <w:rPr>
          <w:rFonts w:ascii="Arial" w:hAnsi="Arial" w:cs="Arial"/>
          <w:lang w:val="en-AU"/>
        </w:rPr>
        <w:t xml:space="preserve">Parent engagement </w:t>
      </w:r>
    </w:p>
    <w:p w14:paraId="7FD8A3CF" w14:textId="77777777" w:rsidR="00394CBB" w:rsidRPr="00394CBB" w:rsidRDefault="00394CBB" w:rsidP="00394CBB">
      <w:pPr>
        <w:numPr>
          <w:ilvl w:val="0"/>
          <w:numId w:val="42"/>
        </w:numPr>
        <w:rPr>
          <w:rFonts w:ascii="Arial" w:hAnsi="Arial" w:cs="Arial"/>
          <w:lang w:val="en-AU"/>
        </w:rPr>
      </w:pPr>
      <w:r w:rsidRPr="00394CBB">
        <w:rPr>
          <w:rFonts w:ascii="Arial" w:hAnsi="Arial" w:cs="Arial"/>
          <w:lang w:val="en-AU"/>
        </w:rPr>
        <w:t xml:space="preserve">Past players </w:t>
      </w:r>
    </w:p>
    <w:p w14:paraId="35114372" w14:textId="77777777" w:rsidR="00394CBB" w:rsidRPr="00394CBB" w:rsidRDefault="00394CBB" w:rsidP="00394CBB">
      <w:pPr>
        <w:numPr>
          <w:ilvl w:val="0"/>
          <w:numId w:val="42"/>
        </w:numPr>
        <w:rPr>
          <w:rFonts w:ascii="Arial" w:hAnsi="Arial" w:cs="Arial"/>
          <w:lang w:val="en-AU"/>
        </w:rPr>
      </w:pPr>
      <w:r w:rsidRPr="00394CBB">
        <w:rPr>
          <w:rFonts w:ascii="Arial" w:hAnsi="Arial" w:cs="Arial"/>
          <w:lang w:val="en-AU"/>
        </w:rPr>
        <w:t xml:space="preserve">Sponsors </w:t>
      </w:r>
    </w:p>
    <w:p w14:paraId="72554101" w14:textId="77777777" w:rsidR="00394CBB" w:rsidRPr="00394CBB" w:rsidRDefault="00394CBB" w:rsidP="00394CBB">
      <w:pPr>
        <w:numPr>
          <w:ilvl w:val="0"/>
          <w:numId w:val="42"/>
        </w:numPr>
        <w:rPr>
          <w:rFonts w:ascii="Arial" w:hAnsi="Arial" w:cs="Arial"/>
          <w:lang w:val="en-AU"/>
        </w:rPr>
      </w:pPr>
      <w:r w:rsidRPr="00394CBB">
        <w:rPr>
          <w:rFonts w:ascii="Arial" w:hAnsi="Arial" w:cs="Arial"/>
          <w:lang w:val="en-AU"/>
        </w:rPr>
        <w:t xml:space="preserve">School partnerships </w:t>
      </w:r>
    </w:p>
    <w:p w14:paraId="4BABC656" w14:textId="77777777" w:rsidR="00394CBB" w:rsidRPr="00394CBB" w:rsidRDefault="00394CBB" w:rsidP="00394CBB">
      <w:pPr>
        <w:numPr>
          <w:ilvl w:val="0"/>
          <w:numId w:val="42"/>
        </w:numPr>
        <w:rPr>
          <w:rFonts w:ascii="Arial" w:hAnsi="Arial" w:cs="Arial"/>
          <w:lang w:val="en-AU"/>
        </w:rPr>
      </w:pPr>
      <w:r w:rsidRPr="00394CBB">
        <w:rPr>
          <w:rFonts w:ascii="Arial" w:hAnsi="Arial" w:cs="Arial"/>
          <w:lang w:val="en-AU"/>
        </w:rPr>
        <w:t xml:space="preserve">Social media campaigns </w:t>
      </w:r>
    </w:p>
    <w:p w14:paraId="17E4BE91" w14:textId="77777777" w:rsidR="00394CBB" w:rsidRPr="00394CBB" w:rsidRDefault="00394CBB" w:rsidP="00394CBB">
      <w:pPr>
        <w:numPr>
          <w:ilvl w:val="0"/>
          <w:numId w:val="42"/>
        </w:numPr>
        <w:rPr>
          <w:rFonts w:ascii="Arial" w:hAnsi="Arial" w:cs="Arial"/>
          <w:lang w:val="en-AU"/>
        </w:rPr>
      </w:pPr>
      <w:r w:rsidRPr="00394CBB">
        <w:rPr>
          <w:rFonts w:ascii="Arial" w:hAnsi="Arial" w:cs="Arial"/>
          <w:lang w:val="en-AU"/>
        </w:rPr>
        <w:t xml:space="preserve">Volunteer events </w:t>
      </w:r>
    </w:p>
    <w:p w14:paraId="63D82698" w14:textId="23E876D1" w:rsidR="00394CBB" w:rsidRPr="00394CBB" w:rsidRDefault="00394CBB" w:rsidP="007D62C0">
      <w:pPr>
        <w:numPr>
          <w:ilvl w:val="0"/>
          <w:numId w:val="42"/>
        </w:numPr>
        <w:rPr>
          <w:rFonts w:ascii="Arial" w:hAnsi="Arial" w:cs="Arial"/>
          <w:lang w:val="en-AU"/>
        </w:rPr>
      </w:pPr>
      <w:r w:rsidRPr="00394CBB">
        <w:rPr>
          <w:rFonts w:ascii="Arial" w:hAnsi="Arial" w:cs="Arial"/>
          <w:lang w:val="en-AU"/>
        </w:rPr>
        <w:t>Existing volunteer referrals</w:t>
      </w:r>
    </w:p>
    <w:p w14:paraId="22FE932A" w14:textId="77777777" w:rsidR="00D22148" w:rsidRPr="00D22148" w:rsidRDefault="00D22148" w:rsidP="00D22148">
      <w:pPr>
        <w:rPr>
          <w:rFonts w:ascii="Arial" w:hAnsi="Arial" w:cs="Arial"/>
          <w:b/>
          <w:bCs/>
          <w:lang w:val="en-AU"/>
        </w:rPr>
      </w:pPr>
      <w:r w:rsidRPr="00D22148">
        <w:rPr>
          <w:rFonts w:ascii="Arial" w:hAnsi="Arial" w:cs="Arial"/>
          <w:b/>
          <w:bCs/>
          <w:lang w:val="en-AU"/>
        </w:rPr>
        <w:t>Volunteer Appointment Process</w:t>
      </w:r>
    </w:p>
    <w:p w14:paraId="1B607A6B" w14:textId="77777777" w:rsidR="00D22148" w:rsidRPr="00D22148" w:rsidRDefault="00D22148" w:rsidP="00D22148">
      <w:pPr>
        <w:rPr>
          <w:rFonts w:ascii="Arial" w:hAnsi="Arial" w:cs="Arial"/>
          <w:lang w:val="en-AU"/>
        </w:rPr>
      </w:pPr>
      <w:r w:rsidRPr="00D22148">
        <w:rPr>
          <w:rFonts w:ascii="Arial" w:hAnsi="Arial" w:cs="Arial"/>
          <w:lang w:val="en-AU"/>
        </w:rPr>
        <w:t>Steps:</w:t>
      </w:r>
    </w:p>
    <w:p w14:paraId="5F450B46" w14:textId="77777777" w:rsidR="00D22148" w:rsidRPr="00D22148" w:rsidRDefault="00D22148" w:rsidP="00D22148">
      <w:pPr>
        <w:numPr>
          <w:ilvl w:val="0"/>
          <w:numId w:val="38"/>
        </w:numPr>
        <w:rPr>
          <w:rFonts w:ascii="Arial" w:hAnsi="Arial" w:cs="Arial"/>
          <w:lang w:val="en-AU"/>
        </w:rPr>
      </w:pPr>
      <w:r w:rsidRPr="00D22148">
        <w:rPr>
          <w:rFonts w:ascii="Arial" w:hAnsi="Arial" w:cs="Arial"/>
          <w:lang w:val="en-AU"/>
        </w:rPr>
        <w:t xml:space="preserve">Role identified. </w:t>
      </w:r>
    </w:p>
    <w:p w14:paraId="76CE634E" w14:textId="77777777" w:rsidR="00D22148" w:rsidRPr="00D22148" w:rsidRDefault="00D22148" w:rsidP="00D22148">
      <w:pPr>
        <w:numPr>
          <w:ilvl w:val="0"/>
          <w:numId w:val="38"/>
        </w:numPr>
        <w:rPr>
          <w:rFonts w:ascii="Arial" w:hAnsi="Arial" w:cs="Arial"/>
          <w:lang w:val="en-AU"/>
        </w:rPr>
      </w:pPr>
      <w:r w:rsidRPr="00D22148">
        <w:rPr>
          <w:rFonts w:ascii="Arial" w:hAnsi="Arial" w:cs="Arial"/>
          <w:lang w:val="en-AU"/>
        </w:rPr>
        <w:t xml:space="preserve">Position description provided. </w:t>
      </w:r>
    </w:p>
    <w:p w14:paraId="66C4903C" w14:textId="77777777" w:rsidR="00D22148" w:rsidRPr="00D22148" w:rsidRDefault="00D22148" w:rsidP="00D22148">
      <w:pPr>
        <w:numPr>
          <w:ilvl w:val="0"/>
          <w:numId w:val="38"/>
        </w:numPr>
        <w:rPr>
          <w:rFonts w:ascii="Arial" w:hAnsi="Arial" w:cs="Arial"/>
          <w:lang w:val="en-AU"/>
        </w:rPr>
      </w:pPr>
      <w:r w:rsidRPr="00D22148">
        <w:rPr>
          <w:rFonts w:ascii="Arial" w:hAnsi="Arial" w:cs="Arial"/>
          <w:lang w:val="en-AU"/>
        </w:rPr>
        <w:t xml:space="preserve">Volunteer expression of interest received. </w:t>
      </w:r>
    </w:p>
    <w:p w14:paraId="1DDE3307" w14:textId="77777777" w:rsidR="00D22148" w:rsidRPr="00D22148" w:rsidRDefault="00D22148" w:rsidP="00D22148">
      <w:pPr>
        <w:numPr>
          <w:ilvl w:val="0"/>
          <w:numId w:val="38"/>
        </w:numPr>
        <w:rPr>
          <w:rFonts w:ascii="Arial" w:hAnsi="Arial" w:cs="Arial"/>
          <w:lang w:val="en-AU"/>
        </w:rPr>
      </w:pPr>
      <w:r w:rsidRPr="00D22148">
        <w:rPr>
          <w:rFonts w:ascii="Arial" w:hAnsi="Arial" w:cs="Arial"/>
          <w:lang w:val="en-AU"/>
        </w:rPr>
        <w:t xml:space="preserve">Suitability assessed. </w:t>
      </w:r>
    </w:p>
    <w:p w14:paraId="7058563A" w14:textId="77777777" w:rsidR="00D22148" w:rsidRPr="00D22148" w:rsidRDefault="00D22148" w:rsidP="00D22148">
      <w:pPr>
        <w:numPr>
          <w:ilvl w:val="0"/>
          <w:numId w:val="38"/>
        </w:numPr>
        <w:rPr>
          <w:rFonts w:ascii="Arial" w:hAnsi="Arial" w:cs="Arial"/>
          <w:lang w:val="en-AU"/>
        </w:rPr>
      </w:pPr>
      <w:r w:rsidRPr="00D22148">
        <w:rPr>
          <w:rFonts w:ascii="Arial" w:hAnsi="Arial" w:cs="Arial"/>
          <w:lang w:val="en-AU"/>
        </w:rPr>
        <w:t xml:space="preserve">Checks completed. </w:t>
      </w:r>
    </w:p>
    <w:p w14:paraId="07F0E23D" w14:textId="77777777" w:rsidR="00D22148" w:rsidRPr="00D22148" w:rsidRDefault="00D22148" w:rsidP="00D22148">
      <w:pPr>
        <w:numPr>
          <w:ilvl w:val="0"/>
          <w:numId w:val="38"/>
        </w:numPr>
        <w:rPr>
          <w:rFonts w:ascii="Arial" w:hAnsi="Arial" w:cs="Arial"/>
          <w:lang w:val="en-AU"/>
        </w:rPr>
      </w:pPr>
      <w:r w:rsidRPr="00D22148">
        <w:rPr>
          <w:rFonts w:ascii="Arial" w:hAnsi="Arial" w:cs="Arial"/>
          <w:lang w:val="en-AU"/>
        </w:rPr>
        <w:t xml:space="preserve">Role confirmed. </w:t>
      </w:r>
    </w:p>
    <w:p w14:paraId="3F23F8AE" w14:textId="77777777" w:rsidR="00D22148" w:rsidRPr="00D22148" w:rsidRDefault="00D22148" w:rsidP="00D22148">
      <w:pPr>
        <w:numPr>
          <w:ilvl w:val="0"/>
          <w:numId w:val="38"/>
        </w:numPr>
        <w:rPr>
          <w:rFonts w:ascii="Arial" w:hAnsi="Arial" w:cs="Arial"/>
          <w:lang w:val="en-AU"/>
        </w:rPr>
      </w:pPr>
      <w:r w:rsidRPr="00D22148">
        <w:rPr>
          <w:rFonts w:ascii="Arial" w:hAnsi="Arial" w:cs="Arial"/>
          <w:lang w:val="en-AU"/>
        </w:rPr>
        <w:t xml:space="preserve">Induction completed. </w:t>
      </w:r>
    </w:p>
    <w:p w14:paraId="1D4596B4" w14:textId="3F8548FA" w:rsidR="0044581A" w:rsidRPr="0044581A" w:rsidRDefault="00D22148" w:rsidP="007B0BC5">
      <w:pPr>
        <w:numPr>
          <w:ilvl w:val="0"/>
          <w:numId w:val="38"/>
        </w:numPr>
        <w:rPr>
          <w:rFonts w:ascii="Arial" w:hAnsi="Arial" w:cs="Arial"/>
          <w:lang w:val="en-AU"/>
        </w:rPr>
      </w:pPr>
      <w:r w:rsidRPr="00D22148">
        <w:rPr>
          <w:rFonts w:ascii="Arial" w:hAnsi="Arial" w:cs="Arial"/>
          <w:lang w:val="en-AU"/>
        </w:rPr>
        <w:t>Volunteer commences.</w:t>
      </w:r>
    </w:p>
    <w:p w14:paraId="04E23E48" w14:textId="22D659E8" w:rsidR="007D62C0" w:rsidRPr="0005441E" w:rsidRDefault="007D62C0" w:rsidP="003C07C1">
      <w:pPr>
        <w:pStyle w:val="ListParagraph"/>
        <w:numPr>
          <w:ilvl w:val="0"/>
          <w:numId w:val="35"/>
        </w:numPr>
        <w:rPr>
          <w:rFonts w:ascii="Arial" w:hAnsi="Arial" w:cs="Arial"/>
          <w:b/>
          <w:bCs/>
          <w:lang w:val="en-AU"/>
        </w:rPr>
      </w:pPr>
      <w:r w:rsidRPr="0005441E">
        <w:rPr>
          <w:rFonts w:ascii="Arial" w:hAnsi="Arial" w:cs="Arial"/>
          <w:b/>
          <w:bCs/>
          <w:lang w:val="en-AU"/>
        </w:rPr>
        <w:lastRenderedPageBreak/>
        <w:t xml:space="preserve">Screening &amp; Working </w:t>
      </w:r>
      <w:proofErr w:type="gramStart"/>
      <w:r w:rsidRPr="0005441E">
        <w:rPr>
          <w:rFonts w:ascii="Arial" w:hAnsi="Arial" w:cs="Arial"/>
          <w:b/>
          <w:bCs/>
          <w:lang w:val="en-AU"/>
        </w:rPr>
        <w:t>With</w:t>
      </w:r>
      <w:proofErr w:type="gramEnd"/>
      <w:r w:rsidRPr="0005441E">
        <w:rPr>
          <w:rFonts w:ascii="Arial" w:hAnsi="Arial" w:cs="Arial"/>
          <w:b/>
          <w:bCs/>
          <w:lang w:val="en-AU"/>
        </w:rPr>
        <w:t xml:space="preserve"> Children Check (WWCC) </w:t>
      </w:r>
    </w:p>
    <w:p w14:paraId="767C0ABF" w14:textId="38AD2BCF" w:rsidR="007D62C0" w:rsidRPr="0005441E" w:rsidRDefault="007D62C0" w:rsidP="007D62C0">
      <w:pPr>
        <w:rPr>
          <w:rFonts w:ascii="Arial" w:hAnsi="Arial" w:cs="Arial"/>
          <w:lang w:val="en-AU"/>
        </w:rPr>
      </w:pPr>
      <w:r w:rsidRPr="0005441E">
        <w:rPr>
          <w:rFonts w:ascii="Arial" w:hAnsi="Arial" w:cs="Arial"/>
          <w:lang w:val="en-AU"/>
        </w:rPr>
        <w:t>WDCC</w:t>
      </w:r>
      <w:r w:rsidR="00D22148">
        <w:rPr>
          <w:rFonts w:ascii="Arial" w:hAnsi="Arial" w:cs="Arial"/>
          <w:lang w:val="en-AU"/>
        </w:rPr>
        <w:t xml:space="preserve"> </w:t>
      </w:r>
      <w:r w:rsidRPr="0005441E">
        <w:rPr>
          <w:rFonts w:ascii="Arial" w:hAnsi="Arial" w:cs="Arial"/>
          <w:lang w:val="en-AU"/>
        </w:rPr>
        <w:t>is committed to providing a safe and inclusive environment for all participants, particularly children and young people. All volunteers will be appropriately screened to ensure they are suitable for their role and meet the Club's child safe obligations.</w:t>
      </w:r>
    </w:p>
    <w:p w14:paraId="0FB5433E" w14:textId="77777777" w:rsidR="007D62C0" w:rsidRPr="0005441E" w:rsidRDefault="007D62C0" w:rsidP="007D62C0">
      <w:pPr>
        <w:rPr>
          <w:rFonts w:ascii="Arial" w:hAnsi="Arial" w:cs="Arial"/>
          <w:lang w:val="en-AU"/>
        </w:rPr>
      </w:pPr>
      <w:r w:rsidRPr="0005441E">
        <w:rPr>
          <w:rFonts w:ascii="Arial" w:hAnsi="Arial" w:cs="Arial"/>
          <w:lang w:val="en-AU"/>
        </w:rPr>
        <w:t xml:space="preserve">Volunteers who work with, supervise or have regular contact with children must hold a valid NSW Working </w:t>
      </w:r>
      <w:proofErr w:type="gramStart"/>
      <w:r w:rsidRPr="0005441E">
        <w:rPr>
          <w:rFonts w:ascii="Arial" w:hAnsi="Arial" w:cs="Arial"/>
          <w:lang w:val="en-AU"/>
        </w:rPr>
        <w:t>With</w:t>
      </w:r>
      <w:proofErr w:type="gramEnd"/>
      <w:r w:rsidRPr="0005441E">
        <w:rPr>
          <w:rFonts w:ascii="Arial" w:hAnsi="Arial" w:cs="Arial"/>
          <w:lang w:val="en-AU"/>
        </w:rPr>
        <w:t xml:space="preserve"> Children Check (WWCC) where required by legislation. The Club will verify and record all WWCC details before a volunteer commences in a child-related role and will monitor expiry dates to ensure ongoing compliance.</w:t>
      </w:r>
    </w:p>
    <w:p w14:paraId="37E14CC2" w14:textId="77777777" w:rsidR="007D62C0" w:rsidRPr="0005441E" w:rsidRDefault="007D62C0" w:rsidP="007D62C0">
      <w:pPr>
        <w:rPr>
          <w:rFonts w:ascii="Arial" w:hAnsi="Arial" w:cs="Arial"/>
          <w:lang w:val="en-AU"/>
        </w:rPr>
      </w:pPr>
      <w:r w:rsidRPr="0005441E">
        <w:rPr>
          <w:rFonts w:ascii="Arial" w:hAnsi="Arial" w:cs="Arial"/>
          <w:lang w:val="en-AU"/>
        </w:rPr>
        <w:t>As part of the screening process, volunteers may also be required to:</w:t>
      </w:r>
    </w:p>
    <w:p w14:paraId="594A80E5" w14:textId="77777777" w:rsidR="007D62C0" w:rsidRPr="0005441E" w:rsidRDefault="007D62C0" w:rsidP="007D62C0">
      <w:pPr>
        <w:numPr>
          <w:ilvl w:val="0"/>
          <w:numId w:val="20"/>
        </w:numPr>
        <w:rPr>
          <w:rFonts w:ascii="Arial" w:hAnsi="Arial" w:cs="Arial"/>
          <w:lang w:val="en-AU"/>
        </w:rPr>
      </w:pPr>
      <w:r w:rsidRPr="0005441E">
        <w:rPr>
          <w:rFonts w:ascii="Arial" w:hAnsi="Arial" w:cs="Arial"/>
          <w:lang w:val="en-AU"/>
        </w:rPr>
        <w:t>complete a volunteer registration or application form;</w:t>
      </w:r>
    </w:p>
    <w:p w14:paraId="1A3FC9E7" w14:textId="77777777" w:rsidR="007D62C0" w:rsidRPr="0005441E" w:rsidRDefault="007D62C0" w:rsidP="007D62C0">
      <w:pPr>
        <w:numPr>
          <w:ilvl w:val="0"/>
          <w:numId w:val="20"/>
        </w:numPr>
        <w:rPr>
          <w:rFonts w:ascii="Arial" w:hAnsi="Arial" w:cs="Arial"/>
          <w:lang w:val="en-AU"/>
        </w:rPr>
      </w:pPr>
      <w:r w:rsidRPr="0005441E">
        <w:rPr>
          <w:rFonts w:ascii="Arial" w:hAnsi="Arial" w:cs="Arial"/>
          <w:lang w:val="en-AU"/>
        </w:rPr>
        <w:t>agree to comply with the Club's Code of Conduct, Child Safe Policy and Member Protection Policy;</w:t>
      </w:r>
    </w:p>
    <w:p w14:paraId="1C316E4C" w14:textId="77777777" w:rsidR="007D62C0" w:rsidRPr="0005441E" w:rsidRDefault="007D62C0" w:rsidP="007D62C0">
      <w:pPr>
        <w:numPr>
          <w:ilvl w:val="0"/>
          <w:numId w:val="20"/>
        </w:numPr>
        <w:rPr>
          <w:rFonts w:ascii="Arial" w:hAnsi="Arial" w:cs="Arial"/>
          <w:lang w:val="en-AU"/>
        </w:rPr>
      </w:pPr>
      <w:r w:rsidRPr="0005441E">
        <w:rPr>
          <w:rFonts w:ascii="Arial" w:hAnsi="Arial" w:cs="Arial"/>
          <w:lang w:val="en-AU"/>
        </w:rPr>
        <w:t>provide relevant qualifications or accreditations where required; and</w:t>
      </w:r>
    </w:p>
    <w:p w14:paraId="2F61291C" w14:textId="77777777" w:rsidR="007D62C0" w:rsidRPr="0005441E" w:rsidRDefault="007D62C0" w:rsidP="007D62C0">
      <w:pPr>
        <w:numPr>
          <w:ilvl w:val="0"/>
          <w:numId w:val="20"/>
        </w:numPr>
        <w:rPr>
          <w:rFonts w:ascii="Arial" w:hAnsi="Arial" w:cs="Arial"/>
          <w:lang w:val="en-AU"/>
        </w:rPr>
      </w:pPr>
      <w:r w:rsidRPr="0005441E">
        <w:rPr>
          <w:rFonts w:ascii="Arial" w:hAnsi="Arial" w:cs="Arial"/>
          <w:lang w:val="en-AU"/>
        </w:rPr>
        <w:t>participate in an induction appropriate to their role.</w:t>
      </w:r>
    </w:p>
    <w:p w14:paraId="14652230" w14:textId="77777777" w:rsidR="007530DA" w:rsidRDefault="007530DA" w:rsidP="007D62C0">
      <w:pPr>
        <w:rPr>
          <w:rFonts w:ascii="Arial" w:hAnsi="Arial" w:cs="Arial"/>
        </w:rPr>
      </w:pPr>
      <w:r w:rsidRPr="007530DA">
        <w:rPr>
          <w:rFonts w:ascii="Arial" w:hAnsi="Arial" w:cs="Arial"/>
        </w:rPr>
        <w:t>The Child Safety Officer and Volunteer Coordinator are responsible for maintaining WWCC records and reporting compliance issues to the Executive Committee.</w:t>
      </w:r>
    </w:p>
    <w:p w14:paraId="7BF9C440" w14:textId="4A9D6CD6" w:rsidR="007D62C0" w:rsidRPr="0005441E" w:rsidRDefault="007D62C0" w:rsidP="007D62C0">
      <w:pPr>
        <w:rPr>
          <w:rFonts w:ascii="Arial" w:hAnsi="Arial" w:cs="Arial"/>
          <w:lang w:val="en-AU"/>
        </w:rPr>
      </w:pPr>
      <w:r w:rsidRPr="0005441E">
        <w:rPr>
          <w:rFonts w:ascii="Arial" w:hAnsi="Arial" w:cs="Arial"/>
          <w:lang w:val="en-AU"/>
        </w:rPr>
        <w:t>WDCC is committed to protecting the safety and wellbeing of children by ensuring all volunteers understand their responsibilities and contribute to a safe, respectful and inclusive environment.</w:t>
      </w:r>
    </w:p>
    <w:p w14:paraId="7225A847" w14:textId="2E0CD14E" w:rsidR="007D62C0" w:rsidRPr="0005441E" w:rsidRDefault="007D62C0" w:rsidP="003C07C1">
      <w:pPr>
        <w:pStyle w:val="ListParagraph"/>
        <w:numPr>
          <w:ilvl w:val="0"/>
          <w:numId w:val="35"/>
        </w:numPr>
        <w:rPr>
          <w:rFonts w:ascii="Arial" w:hAnsi="Arial" w:cs="Arial"/>
          <w:b/>
          <w:bCs/>
          <w:lang w:val="en-AU"/>
        </w:rPr>
      </w:pPr>
      <w:r w:rsidRPr="0005441E">
        <w:rPr>
          <w:rFonts w:ascii="Arial" w:hAnsi="Arial" w:cs="Arial"/>
          <w:b/>
          <w:bCs/>
          <w:lang w:val="en-AU"/>
        </w:rPr>
        <w:t>Volunteer Induction</w:t>
      </w:r>
    </w:p>
    <w:p w14:paraId="29B5996A" w14:textId="74D6D9BB" w:rsidR="007D62C0" w:rsidRPr="0005441E" w:rsidRDefault="007D62C0" w:rsidP="007D62C0">
      <w:pPr>
        <w:rPr>
          <w:rFonts w:ascii="Arial" w:hAnsi="Arial" w:cs="Arial"/>
          <w:lang w:val="en-AU"/>
        </w:rPr>
      </w:pPr>
      <w:r w:rsidRPr="0005441E">
        <w:rPr>
          <w:rFonts w:ascii="Arial" w:hAnsi="Arial" w:cs="Arial"/>
          <w:lang w:val="en-AU"/>
        </w:rPr>
        <w:t>WDCC is committed to ensuring all volunteers are welcomed, informed and supported when commencing their role. A structured induction process helps volunteers understand the Club's values, expectations and responsibilities, enabling them to contribute confidently and effectively.</w:t>
      </w:r>
    </w:p>
    <w:p w14:paraId="36CB4775" w14:textId="77777777" w:rsidR="007D62C0" w:rsidRPr="0005441E" w:rsidRDefault="007D62C0" w:rsidP="007D62C0">
      <w:pPr>
        <w:rPr>
          <w:rFonts w:ascii="Arial" w:hAnsi="Arial" w:cs="Arial"/>
          <w:lang w:val="en-AU"/>
        </w:rPr>
      </w:pPr>
      <w:r w:rsidRPr="0005441E">
        <w:rPr>
          <w:rFonts w:ascii="Arial" w:hAnsi="Arial" w:cs="Arial"/>
          <w:lang w:val="en-AU"/>
        </w:rPr>
        <w:t>All new volunteers will receive an induction appropriate to their role, which may include:</w:t>
      </w:r>
    </w:p>
    <w:p w14:paraId="2F812614" w14:textId="77777777" w:rsidR="007D62C0" w:rsidRPr="0005441E" w:rsidRDefault="007D62C0" w:rsidP="007D62C0">
      <w:pPr>
        <w:numPr>
          <w:ilvl w:val="0"/>
          <w:numId w:val="21"/>
        </w:numPr>
        <w:rPr>
          <w:rFonts w:ascii="Arial" w:hAnsi="Arial" w:cs="Arial"/>
          <w:lang w:val="en-AU"/>
        </w:rPr>
      </w:pPr>
      <w:r w:rsidRPr="0005441E">
        <w:rPr>
          <w:rFonts w:ascii="Arial" w:hAnsi="Arial" w:cs="Arial"/>
          <w:lang w:val="en-AU"/>
        </w:rPr>
        <w:t>an overview of the Club's vision, values and organisational structure;</w:t>
      </w:r>
    </w:p>
    <w:p w14:paraId="089E8730" w14:textId="77777777" w:rsidR="007D62C0" w:rsidRPr="0005441E" w:rsidRDefault="007D62C0" w:rsidP="007D62C0">
      <w:pPr>
        <w:numPr>
          <w:ilvl w:val="0"/>
          <w:numId w:val="21"/>
        </w:numPr>
        <w:rPr>
          <w:rFonts w:ascii="Arial" w:hAnsi="Arial" w:cs="Arial"/>
          <w:lang w:val="en-AU"/>
        </w:rPr>
      </w:pPr>
      <w:r w:rsidRPr="0005441E">
        <w:rPr>
          <w:rFonts w:ascii="Arial" w:hAnsi="Arial" w:cs="Arial"/>
          <w:lang w:val="en-AU"/>
        </w:rPr>
        <w:t>a copy of relevant policies, including the Code of Conduct, Child Safe Policy and Member Protection Policy;</w:t>
      </w:r>
    </w:p>
    <w:p w14:paraId="44B4FF93" w14:textId="77777777" w:rsidR="007D62C0" w:rsidRPr="0005441E" w:rsidRDefault="007D62C0" w:rsidP="007D62C0">
      <w:pPr>
        <w:numPr>
          <w:ilvl w:val="0"/>
          <w:numId w:val="21"/>
        </w:numPr>
        <w:rPr>
          <w:rFonts w:ascii="Arial" w:hAnsi="Arial" w:cs="Arial"/>
          <w:lang w:val="en-AU"/>
        </w:rPr>
      </w:pPr>
      <w:r w:rsidRPr="0005441E">
        <w:rPr>
          <w:rFonts w:ascii="Arial" w:hAnsi="Arial" w:cs="Arial"/>
          <w:lang w:val="en-AU"/>
        </w:rPr>
        <w:t>an explanation of their role, responsibilities and reporting lines;</w:t>
      </w:r>
    </w:p>
    <w:p w14:paraId="6EBD7AA6" w14:textId="77777777" w:rsidR="007D62C0" w:rsidRPr="0005441E" w:rsidRDefault="007D62C0" w:rsidP="007D62C0">
      <w:pPr>
        <w:numPr>
          <w:ilvl w:val="0"/>
          <w:numId w:val="21"/>
        </w:numPr>
        <w:rPr>
          <w:rFonts w:ascii="Arial" w:hAnsi="Arial" w:cs="Arial"/>
          <w:lang w:val="en-AU"/>
        </w:rPr>
      </w:pPr>
      <w:r w:rsidRPr="0005441E">
        <w:rPr>
          <w:rFonts w:ascii="Arial" w:hAnsi="Arial" w:cs="Arial"/>
          <w:lang w:val="en-AU"/>
        </w:rPr>
        <w:t>information on emergency procedures, communication channels and key contacts; and</w:t>
      </w:r>
    </w:p>
    <w:p w14:paraId="761720BF" w14:textId="77777777" w:rsidR="007D62C0" w:rsidRPr="0005441E" w:rsidRDefault="007D62C0" w:rsidP="007D62C0">
      <w:pPr>
        <w:numPr>
          <w:ilvl w:val="0"/>
          <w:numId w:val="21"/>
        </w:numPr>
        <w:rPr>
          <w:rFonts w:ascii="Arial" w:hAnsi="Arial" w:cs="Arial"/>
          <w:lang w:val="en-AU"/>
        </w:rPr>
      </w:pPr>
      <w:r w:rsidRPr="0005441E">
        <w:rPr>
          <w:rFonts w:ascii="Arial" w:hAnsi="Arial" w:cs="Arial"/>
          <w:lang w:val="en-AU"/>
        </w:rPr>
        <w:t>any role-specific training or resources required to perform their duties.</w:t>
      </w:r>
    </w:p>
    <w:p w14:paraId="705035B2" w14:textId="77777777" w:rsidR="007D62C0" w:rsidRPr="0005441E" w:rsidRDefault="007D62C0" w:rsidP="007D62C0">
      <w:pPr>
        <w:rPr>
          <w:rFonts w:ascii="Arial" w:hAnsi="Arial" w:cs="Arial"/>
          <w:lang w:val="en-AU"/>
        </w:rPr>
      </w:pPr>
      <w:r w:rsidRPr="0005441E">
        <w:rPr>
          <w:rFonts w:ascii="Arial" w:hAnsi="Arial" w:cs="Arial"/>
          <w:lang w:val="en-AU"/>
        </w:rPr>
        <w:lastRenderedPageBreak/>
        <w:t>The Volunteer Coordinator, or the relevant coordinator or committee member, is responsible for ensuring volunteers complete their induction before undertaking their role.</w:t>
      </w:r>
    </w:p>
    <w:p w14:paraId="5028E6AC" w14:textId="77777777" w:rsidR="007D62C0" w:rsidRPr="0005441E" w:rsidRDefault="007D62C0" w:rsidP="007D62C0">
      <w:pPr>
        <w:rPr>
          <w:rFonts w:ascii="Arial" w:hAnsi="Arial" w:cs="Arial"/>
          <w:lang w:val="en-AU"/>
        </w:rPr>
      </w:pPr>
      <w:r w:rsidRPr="0005441E">
        <w:rPr>
          <w:rFonts w:ascii="Arial" w:hAnsi="Arial" w:cs="Arial"/>
          <w:lang w:val="en-AU"/>
        </w:rPr>
        <w:t>WDCC recognises that a positive induction experience improves volunteer confidence, engagement and retention. The Club will provide ongoing support, mentoring and opportunities for volunteers to ask questions and develop their skills throughout their time with the Club.</w:t>
      </w:r>
    </w:p>
    <w:p w14:paraId="5007BFD6" w14:textId="6726062B" w:rsidR="007D62C0" w:rsidRPr="0005441E" w:rsidRDefault="007D62C0" w:rsidP="003C07C1">
      <w:pPr>
        <w:pStyle w:val="ListParagraph"/>
        <w:numPr>
          <w:ilvl w:val="0"/>
          <w:numId w:val="35"/>
        </w:numPr>
        <w:rPr>
          <w:rFonts w:ascii="Arial" w:hAnsi="Arial" w:cs="Arial"/>
          <w:b/>
          <w:bCs/>
          <w:lang w:val="en-AU"/>
        </w:rPr>
      </w:pPr>
      <w:r w:rsidRPr="0005441E">
        <w:rPr>
          <w:rFonts w:ascii="Arial" w:hAnsi="Arial" w:cs="Arial"/>
          <w:b/>
          <w:bCs/>
          <w:lang w:val="en-AU"/>
        </w:rPr>
        <w:t>Training &amp; Development</w:t>
      </w:r>
    </w:p>
    <w:p w14:paraId="54574643" w14:textId="716BDAE9" w:rsidR="007D62C0" w:rsidRPr="0005441E" w:rsidRDefault="007D62C0" w:rsidP="007D62C0">
      <w:pPr>
        <w:rPr>
          <w:rFonts w:ascii="Arial" w:hAnsi="Arial" w:cs="Arial"/>
          <w:lang w:val="en-AU"/>
        </w:rPr>
      </w:pPr>
      <w:r w:rsidRPr="0005441E">
        <w:rPr>
          <w:rFonts w:ascii="Arial" w:hAnsi="Arial" w:cs="Arial"/>
          <w:lang w:val="en-AU"/>
        </w:rPr>
        <w:t>WDCC is committed to providing volunteers with the training, knowledge and support required to perform their roles safely, confidently and effectively. Ongoing training and development strengthen volunteer capability, improve the quality of club operations and support the long-term sustainability of the Club.</w:t>
      </w:r>
    </w:p>
    <w:p w14:paraId="332F6A28" w14:textId="77777777" w:rsidR="007D62C0" w:rsidRPr="0005441E" w:rsidRDefault="007D62C0" w:rsidP="007D62C0">
      <w:pPr>
        <w:rPr>
          <w:rFonts w:ascii="Arial" w:hAnsi="Arial" w:cs="Arial"/>
          <w:lang w:val="en-AU"/>
        </w:rPr>
      </w:pPr>
      <w:r w:rsidRPr="0005441E">
        <w:rPr>
          <w:rFonts w:ascii="Arial" w:hAnsi="Arial" w:cs="Arial"/>
          <w:lang w:val="en-AU"/>
        </w:rPr>
        <w:t>Training will be appropriate to each volunteer's role and may include:</w:t>
      </w:r>
    </w:p>
    <w:p w14:paraId="3D085700" w14:textId="77777777" w:rsidR="007D62C0" w:rsidRPr="0005441E" w:rsidRDefault="007D62C0" w:rsidP="007D62C0">
      <w:pPr>
        <w:numPr>
          <w:ilvl w:val="0"/>
          <w:numId w:val="22"/>
        </w:numPr>
        <w:rPr>
          <w:rFonts w:ascii="Arial" w:hAnsi="Arial" w:cs="Arial"/>
          <w:lang w:val="en-AU"/>
        </w:rPr>
      </w:pPr>
      <w:r w:rsidRPr="0005441E">
        <w:rPr>
          <w:rFonts w:ascii="Arial" w:hAnsi="Arial" w:cs="Arial"/>
          <w:lang w:val="en-AU"/>
        </w:rPr>
        <w:t>Club induction and governance training;</w:t>
      </w:r>
    </w:p>
    <w:p w14:paraId="03FE6602" w14:textId="77777777" w:rsidR="007D62C0" w:rsidRPr="0005441E" w:rsidRDefault="007D62C0" w:rsidP="007D62C0">
      <w:pPr>
        <w:numPr>
          <w:ilvl w:val="0"/>
          <w:numId w:val="22"/>
        </w:numPr>
        <w:rPr>
          <w:rFonts w:ascii="Arial" w:hAnsi="Arial" w:cs="Arial"/>
          <w:lang w:val="en-AU"/>
        </w:rPr>
      </w:pPr>
      <w:r w:rsidRPr="0005441E">
        <w:rPr>
          <w:rFonts w:ascii="Arial" w:hAnsi="Arial" w:cs="Arial"/>
          <w:lang w:val="en-AU"/>
        </w:rPr>
        <w:t>Child Safe and Member Protection awareness;</w:t>
      </w:r>
    </w:p>
    <w:p w14:paraId="519C0762" w14:textId="77777777" w:rsidR="007D62C0" w:rsidRPr="0005441E" w:rsidRDefault="007D62C0" w:rsidP="007D62C0">
      <w:pPr>
        <w:numPr>
          <w:ilvl w:val="0"/>
          <w:numId w:val="22"/>
        </w:numPr>
        <w:rPr>
          <w:rFonts w:ascii="Arial" w:hAnsi="Arial" w:cs="Arial"/>
          <w:lang w:val="en-AU"/>
        </w:rPr>
      </w:pPr>
      <w:r w:rsidRPr="0005441E">
        <w:rPr>
          <w:rFonts w:ascii="Arial" w:hAnsi="Arial" w:cs="Arial"/>
          <w:lang w:val="en-AU"/>
        </w:rPr>
        <w:t>Working With Children Check requirements;</w:t>
      </w:r>
    </w:p>
    <w:p w14:paraId="69D41E54" w14:textId="77777777" w:rsidR="007D62C0" w:rsidRPr="0005441E" w:rsidRDefault="007D62C0" w:rsidP="007D62C0">
      <w:pPr>
        <w:numPr>
          <w:ilvl w:val="0"/>
          <w:numId w:val="22"/>
        </w:numPr>
        <w:rPr>
          <w:rFonts w:ascii="Arial" w:hAnsi="Arial" w:cs="Arial"/>
          <w:lang w:val="en-AU"/>
        </w:rPr>
      </w:pPr>
      <w:r w:rsidRPr="0005441E">
        <w:rPr>
          <w:rFonts w:ascii="Arial" w:hAnsi="Arial" w:cs="Arial"/>
          <w:lang w:val="en-AU"/>
        </w:rPr>
        <w:t>Cricket Australia and Cricket NSW education and accreditation programs;</w:t>
      </w:r>
    </w:p>
    <w:p w14:paraId="099C73A8" w14:textId="77777777" w:rsidR="007D62C0" w:rsidRPr="0005441E" w:rsidRDefault="007D62C0" w:rsidP="007D62C0">
      <w:pPr>
        <w:numPr>
          <w:ilvl w:val="0"/>
          <w:numId w:val="22"/>
        </w:numPr>
        <w:rPr>
          <w:rFonts w:ascii="Arial" w:hAnsi="Arial" w:cs="Arial"/>
          <w:lang w:val="en-AU"/>
        </w:rPr>
      </w:pPr>
      <w:r w:rsidRPr="0005441E">
        <w:rPr>
          <w:rFonts w:ascii="Arial" w:hAnsi="Arial" w:cs="Arial"/>
          <w:lang w:val="en-AU"/>
        </w:rPr>
        <w:t>PlayHQ and digital systems training;</w:t>
      </w:r>
    </w:p>
    <w:p w14:paraId="520DA02A" w14:textId="77777777" w:rsidR="007D62C0" w:rsidRPr="0005441E" w:rsidRDefault="007D62C0" w:rsidP="007D62C0">
      <w:pPr>
        <w:numPr>
          <w:ilvl w:val="0"/>
          <w:numId w:val="22"/>
        </w:numPr>
        <w:rPr>
          <w:rFonts w:ascii="Arial" w:hAnsi="Arial" w:cs="Arial"/>
          <w:lang w:val="en-AU"/>
        </w:rPr>
      </w:pPr>
      <w:r w:rsidRPr="0005441E">
        <w:rPr>
          <w:rFonts w:ascii="Arial" w:hAnsi="Arial" w:cs="Arial"/>
          <w:lang w:val="en-AU"/>
        </w:rPr>
        <w:t>Coaching, scoring and umpiring workshops; and</w:t>
      </w:r>
    </w:p>
    <w:p w14:paraId="6FC64492" w14:textId="77777777" w:rsidR="007D62C0" w:rsidRPr="0005441E" w:rsidRDefault="007D62C0" w:rsidP="007D62C0">
      <w:pPr>
        <w:numPr>
          <w:ilvl w:val="0"/>
          <w:numId w:val="22"/>
        </w:numPr>
        <w:rPr>
          <w:rFonts w:ascii="Arial" w:hAnsi="Arial" w:cs="Arial"/>
          <w:lang w:val="en-AU"/>
        </w:rPr>
      </w:pPr>
      <w:r w:rsidRPr="0005441E">
        <w:rPr>
          <w:rFonts w:ascii="Arial" w:hAnsi="Arial" w:cs="Arial"/>
          <w:lang w:val="en-AU"/>
        </w:rPr>
        <w:t>Leadership and professional development opportunities.</w:t>
      </w:r>
    </w:p>
    <w:p w14:paraId="244182A9" w14:textId="77777777" w:rsidR="007D62C0" w:rsidRPr="0005441E" w:rsidRDefault="007D62C0" w:rsidP="007D62C0">
      <w:pPr>
        <w:rPr>
          <w:rFonts w:ascii="Arial" w:hAnsi="Arial" w:cs="Arial"/>
          <w:lang w:val="en-AU"/>
        </w:rPr>
      </w:pPr>
      <w:r w:rsidRPr="0005441E">
        <w:rPr>
          <w:rFonts w:ascii="Arial" w:hAnsi="Arial" w:cs="Arial"/>
          <w:lang w:val="en-AU"/>
        </w:rPr>
        <w:t>The Volunteer Coordinator and relevant portfolio coordinators are responsible for identifying training needs, supporting volunteers to access development opportunities and maintaining records of completed training where required.</w:t>
      </w:r>
    </w:p>
    <w:p w14:paraId="003E5D59" w14:textId="77777777" w:rsidR="007D62C0" w:rsidRPr="0005441E" w:rsidRDefault="007D62C0" w:rsidP="007D62C0">
      <w:pPr>
        <w:rPr>
          <w:rFonts w:ascii="Arial" w:hAnsi="Arial" w:cs="Arial"/>
          <w:lang w:val="en-AU"/>
        </w:rPr>
      </w:pPr>
      <w:r w:rsidRPr="0005441E">
        <w:rPr>
          <w:rFonts w:ascii="Arial" w:hAnsi="Arial" w:cs="Arial"/>
          <w:lang w:val="en-AU"/>
        </w:rPr>
        <w:t>WDCC encourages a culture of continuous learning and knowledge sharing, ensuring volunteers are supported to develop their skills, build confidence and contribute to the ongoing success of the Club.</w:t>
      </w:r>
    </w:p>
    <w:p w14:paraId="2E5FF6C4" w14:textId="77777777" w:rsidR="00FD6AE1" w:rsidRDefault="00FD6AE1" w:rsidP="007B0BC5">
      <w:pPr>
        <w:rPr>
          <w:rFonts w:ascii="Arial" w:hAnsi="Arial" w:cs="Arial"/>
        </w:rPr>
      </w:pPr>
    </w:p>
    <w:p w14:paraId="74008735" w14:textId="77777777" w:rsidR="0044581A" w:rsidRDefault="0044581A" w:rsidP="007B0BC5">
      <w:pPr>
        <w:rPr>
          <w:rFonts w:ascii="Arial" w:hAnsi="Arial" w:cs="Arial"/>
        </w:rPr>
      </w:pPr>
    </w:p>
    <w:p w14:paraId="3DA3711D" w14:textId="77777777" w:rsidR="0044581A" w:rsidRDefault="0044581A" w:rsidP="007B0BC5">
      <w:pPr>
        <w:rPr>
          <w:rFonts w:ascii="Arial" w:hAnsi="Arial" w:cs="Arial"/>
        </w:rPr>
      </w:pPr>
    </w:p>
    <w:p w14:paraId="5DA3AABE" w14:textId="77777777" w:rsidR="0044581A" w:rsidRDefault="0044581A" w:rsidP="007B0BC5">
      <w:pPr>
        <w:rPr>
          <w:rFonts w:ascii="Arial" w:hAnsi="Arial" w:cs="Arial"/>
        </w:rPr>
      </w:pPr>
    </w:p>
    <w:p w14:paraId="4D677C8C" w14:textId="77777777" w:rsidR="0044581A" w:rsidRPr="0005441E" w:rsidRDefault="0044581A" w:rsidP="007B0BC5">
      <w:pPr>
        <w:rPr>
          <w:rFonts w:ascii="Arial" w:hAnsi="Arial" w:cs="Arial"/>
        </w:rPr>
      </w:pPr>
    </w:p>
    <w:p w14:paraId="3F44AF4B" w14:textId="186B45AF" w:rsidR="007D62C0" w:rsidRPr="0005441E" w:rsidRDefault="007D62C0" w:rsidP="003C07C1">
      <w:pPr>
        <w:pStyle w:val="ListParagraph"/>
        <w:numPr>
          <w:ilvl w:val="0"/>
          <w:numId w:val="35"/>
        </w:numPr>
        <w:rPr>
          <w:rFonts w:ascii="Arial" w:hAnsi="Arial" w:cs="Arial"/>
          <w:b/>
          <w:bCs/>
          <w:lang w:val="en-AU"/>
        </w:rPr>
      </w:pPr>
      <w:r w:rsidRPr="0005441E">
        <w:rPr>
          <w:rFonts w:ascii="Arial" w:hAnsi="Arial" w:cs="Arial"/>
          <w:b/>
          <w:bCs/>
          <w:lang w:val="en-AU"/>
        </w:rPr>
        <w:lastRenderedPageBreak/>
        <w:t>Volunteer Recognition</w:t>
      </w:r>
    </w:p>
    <w:p w14:paraId="4905B5EC" w14:textId="77777777" w:rsidR="007D62C0" w:rsidRPr="0005441E" w:rsidRDefault="007D62C0" w:rsidP="007D62C0">
      <w:pPr>
        <w:rPr>
          <w:rFonts w:ascii="Arial" w:hAnsi="Arial" w:cs="Arial"/>
          <w:lang w:val="en-AU"/>
        </w:rPr>
      </w:pPr>
      <w:r w:rsidRPr="0005441E">
        <w:rPr>
          <w:rFonts w:ascii="Arial" w:hAnsi="Arial" w:cs="Arial"/>
          <w:lang w:val="en-AU"/>
        </w:rPr>
        <w:t>Wollongong District Cricket Club (WDCC) values the time, commitment and dedication of its volunteers and is committed to recognising their contribution to the success of the Club. A positive recognition program helps build a strong volunteer culture, improves retention and encourages ongoing involvement.</w:t>
      </w:r>
    </w:p>
    <w:p w14:paraId="7B210B3A" w14:textId="77777777" w:rsidR="007D62C0" w:rsidRPr="0005441E" w:rsidRDefault="007D62C0" w:rsidP="007D62C0">
      <w:pPr>
        <w:rPr>
          <w:rFonts w:ascii="Arial" w:hAnsi="Arial" w:cs="Arial"/>
          <w:lang w:val="en-AU"/>
        </w:rPr>
      </w:pPr>
      <w:r w:rsidRPr="0005441E">
        <w:rPr>
          <w:rFonts w:ascii="Arial" w:hAnsi="Arial" w:cs="Arial"/>
          <w:lang w:val="en-AU"/>
        </w:rPr>
        <w:t>Volunteer recognition may include:</w:t>
      </w:r>
    </w:p>
    <w:p w14:paraId="3DB8B0DF" w14:textId="1C274719" w:rsidR="007D62C0" w:rsidRPr="0005441E" w:rsidRDefault="007530DA" w:rsidP="007D62C0">
      <w:pPr>
        <w:numPr>
          <w:ilvl w:val="0"/>
          <w:numId w:val="23"/>
        </w:numPr>
        <w:rPr>
          <w:rFonts w:ascii="Arial" w:hAnsi="Arial" w:cs="Arial"/>
          <w:lang w:val="en-AU"/>
        </w:rPr>
      </w:pPr>
      <w:r w:rsidRPr="007530DA">
        <w:rPr>
          <w:rFonts w:ascii="Arial" w:hAnsi="Arial" w:cs="Arial"/>
        </w:rPr>
        <w:t>Volunteer recognition awards and acknowledgements</w:t>
      </w:r>
      <w:r>
        <w:rPr>
          <w:rFonts w:ascii="Arial" w:hAnsi="Arial" w:cs="Arial"/>
          <w:lang w:val="en-AU"/>
        </w:rPr>
        <w:t>;</w:t>
      </w:r>
    </w:p>
    <w:p w14:paraId="71663E24" w14:textId="77777777" w:rsidR="007D62C0" w:rsidRPr="0005441E" w:rsidRDefault="007D62C0" w:rsidP="007D62C0">
      <w:pPr>
        <w:numPr>
          <w:ilvl w:val="0"/>
          <w:numId w:val="23"/>
        </w:numPr>
        <w:rPr>
          <w:rFonts w:ascii="Arial" w:hAnsi="Arial" w:cs="Arial"/>
          <w:lang w:val="en-AU"/>
        </w:rPr>
      </w:pPr>
      <w:r w:rsidRPr="0005441E">
        <w:rPr>
          <w:rFonts w:ascii="Arial" w:hAnsi="Arial" w:cs="Arial"/>
          <w:lang w:val="en-AU"/>
        </w:rPr>
        <w:t>acknowledgement at Club events and presentations;</w:t>
      </w:r>
    </w:p>
    <w:p w14:paraId="7A6AD0D4" w14:textId="77777777" w:rsidR="007D62C0" w:rsidRPr="0005441E" w:rsidRDefault="007D62C0" w:rsidP="007D62C0">
      <w:pPr>
        <w:numPr>
          <w:ilvl w:val="0"/>
          <w:numId w:val="23"/>
        </w:numPr>
        <w:rPr>
          <w:rFonts w:ascii="Arial" w:hAnsi="Arial" w:cs="Arial"/>
          <w:lang w:val="en-AU"/>
        </w:rPr>
      </w:pPr>
      <w:r w:rsidRPr="0005441E">
        <w:rPr>
          <w:rFonts w:ascii="Arial" w:hAnsi="Arial" w:cs="Arial"/>
          <w:lang w:val="en-AU"/>
        </w:rPr>
        <w:t>recognition through the Club's website and social media channels;</w:t>
      </w:r>
    </w:p>
    <w:p w14:paraId="6EDA48A1" w14:textId="77777777" w:rsidR="007D62C0" w:rsidRPr="0005441E" w:rsidRDefault="007D62C0" w:rsidP="007D62C0">
      <w:pPr>
        <w:numPr>
          <w:ilvl w:val="0"/>
          <w:numId w:val="23"/>
        </w:numPr>
        <w:rPr>
          <w:rFonts w:ascii="Arial" w:hAnsi="Arial" w:cs="Arial"/>
          <w:lang w:val="en-AU"/>
        </w:rPr>
      </w:pPr>
      <w:r w:rsidRPr="0005441E">
        <w:rPr>
          <w:rFonts w:ascii="Arial" w:hAnsi="Arial" w:cs="Arial"/>
          <w:lang w:val="en-AU"/>
        </w:rPr>
        <w:t>certificates of appreciation and service awards;</w:t>
      </w:r>
    </w:p>
    <w:p w14:paraId="47212CD1" w14:textId="77777777" w:rsidR="007D62C0" w:rsidRPr="0005441E" w:rsidRDefault="007D62C0" w:rsidP="007D62C0">
      <w:pPr>
        <w:numPr>
          <w:ilvl w:val="0"/>
          <w:numId w:val="23"/>
        </w:numPr>
        <w:rPr>
          <w:rFonts w:ascii="Arial" w:hAnsi="Arial" w:cs="Arial"/>
          <w:lang w:val="en-AU"/>
        </w:rPr>
      </w:pPr>
      <w:r w:rsidRPr="0005441E">
        <w:rPr>
          <w:rFonts w:ascii="Arial" w:hAnsi="Arial" w:cs="Arial"/>
          <w:lang w:val="en-AU"/>
        </w:rPr>
        <w:t>nominations for Cricket NSW and Cricket Australia volunteer awards; and</w:t>
      </w:r>
    </w:p>
    <w:p w14:paraId="5EC13028" w14:textId="77777777" w:rsidR="007D62C0" w:rsidRPr="0005441E" w:rsidRDefault="007D62C0" w:rsidP="007D62C0">
      <w:pPr>
        <w:numPr>
          <w:ilvl w:val="0"/>
          <w:numId w:val="23"/>
        </w:numPr>
        <w:rPr>
          <w:rFonts w:ascii="Arial" w:hAnsi="Arial" w:cs="Arial"/>
          <w:lang w:val="en-AU"/>
        </w:rPr>
      </w:pPr>
      <w:r w:rsidRPr="0005441E">
        <w:rPr>
          <w:rFonts w:ascii="Arial" w:hAnsi="Arial" w:cs="Arial"/>
          <w:lang w:val="en-AU"/>
        </w:rPr>
        <w:t>informal thank you messages from committee members, coaches and coordinators.</w:t>
      </w:r>
    </w:p>
    <w:p w14:paraId="34614D64" w14:textId="77777777" w:rsidR="007D62C0" w:rsidRPr="0005441E" w:rsidRDefault="007D62C0" w:rsidP="007D62C0">
      <w:pPr>
        <w:rPr>
          <w:rFonts w:ascii="Arial" w:hAnsi="Arial" w:cs="Arial"/>
          <w:lang w:val="en-AU"/>
        </w:rPr>
      </w:pPr>
      <w:r w:rsidRPr="0005441E">
        <w:rPr>
          <w:rFonts w:ascii="Arial" w:hAnsi="Arial" w:cs="Arial"/>
          <w:lang w:val="en-AU"/>
        </w:rPr>
        <w:t>The Executive Committee and Volunteer Coordinator are responsible for ensuring volunteers are recognised regularly and fairly. Recognition should celebrate both long-term service and the valuable contributions made by new and occasional volunteers.</w:t>
      </w:r>
    </w:p>
    <w:p w14:paraId="05875B14" w14:textId="11B34AA4" w:rsidR="00FD6AE1" w:rsidRPr="0044581A" w:rsidRDefault="007D62C0" w:rsidP="007B0BC5">
      <w:pPr>
        <w:rPr>
          <w:rFonts w:ascii="Arial" w:hAnsi="Arial" w:cs="Arial"/>
          <w:lang w:val="en-AU"/>
        </w:rPr>
      </w:pPr>
      <w:r w:rsidRPr="0005441E">
        <w:rPr>
          <w:rFonts w:ascii="Arial" w:hAnsi="Arial" w:cs="Arial"/>
          <w:lang w:val="en-AU"/>
        </w:rPr>
        <w:t>WDCC is committed to fostering a culture where every volunteer feels valued, respected and appreciated for the important role they play in supporting the Club, its members and the wider community.</w:t>
      </w:r>
    </w:p>
    <w:p w14:paraId="07868E67" w14:textId="1F49AA66" w:rsidR="007D62C0" w:rsidRPr="0005441E" w:rsidRDefault="007D62C0" w:rsidP="003C07C1">
      <w:pPr>
        <w:pStyle w:val="ListParagraph"/>
        <w:numPr>
          <w:ilvl w:val="0"/>
          <w:numId w:val="35"/>
        </w:numPr>
        <w:rPr>
          <w:rFonts w:ascii="Arial" w:hAnsi="Arial" w:cs="Arial"/>
          <w:b/>
          <w:bCs/>
          <w:lang w:val="en-AU"/>
        </w:rPr>
      </w:pPr>
      <w:r w:rsidRPr="0005441E">
        <w:rPr>
          <w:rFonts w:ascii="Arial" w:hAnsi="Arial" w:cs="Arial"/>
          <w:b/>
          <w:bCs/>
          <w:lang w:val="en-AU"/>
        </w:rPr>
        <w:t>Succession Planning</w:t>
      </w:r>
    </w:p>
    <w:p w14:paraId="14F8DEE1" w14:textId="77777777" w:rsidR="007530DA" w:rsidRPr="007530DA" w:rsidRDefault="007530DA" w:rsidP="007530DA">
      <w:pPr>
        <w:pStyle w:val="isselectedend"/>
        <w:rPr>
          <w:rFonts w:ascii="Arial" w:eastAsiaTheme="minorEastAsia" w:hAnsi="Arial" w:cs="Arial"/>
          <w:sz w:val="22"/>
          <w:szCs w:val="22"/>
          <w:lang w:eastAsia="en-US"/>
        </w:rPr>
      </w:pPr>
      <w:r w:rsidRPr="007530DA">
        <w:rPr>
          <w:rFonts w:ascii="Arial" w:eastAsiaTheme="minorEastAsia" w:hAnsi="Arial" w:cs="Arial"/>
          <w:sz w:val="22"/>
          <w:szCs w:val="22"/>
          <w:lang w:eastAsia="en-US"/>
        </w:rPr>
        <w:t>WDCC recognises that the long-term sustainability of the Club depends on developing future volunteers and ensuring knowledge is shared across key roles. The Club aims to reduce reliance on individuals by encouraging mentoring, documented processes and pathways for volunteers to develop into leadership positions.</w:t>
      </w:r>
    </w:p>
    <w:p w14:paraId="6FDFCBDE" w14:textId="77777777" w:rsidR="00FC5B9C" w:rsidRDefault="007530DA" w:rsidP="00FC5B9C">
      <w:pPr>
        <w:pStyle w:val="isselectedend"/>
        <w:rPr>
          <w:rFonts w:ascii="Arial" w:eastAsiaTheme="minorEastAsia" w:hAnsi="Arial" w:cs="Arial"/>
          <w:sz w:val="22"/>
          <w:szCs w:val="22"/>
          <w:lang w:eastAsia="en-US"/>
        </w:rPr>
      </w:pPr>
      <w:r w:rsidRPr="007530DA">
        <w:rPr>
          <w:rFonts w:ascii="Arial" w:eastAsiaTheme="minorEastAsia" w:hAnsi="Arial" w:cs="Arial"/>
          <w:sz w:val="22"/>
          <w:szCs w:val="22"/>
          <w:lang w:eastAsia="en-US"/>
        </w:rPr>
        <w:t>The Club will:</w:t>
      </w:r>
    </w:p>
    <w:p w14:paraId="05FA129D" w14:textId="77777777" w:rsidR="00FC5B9C" w:rsidRDefault="007530DA" w:rsidP="00FC5B9C">
      <w:pPr>
        <w:pStyle w:val="isselectedend"/>
        <w:numPr>
          <w:ilvl w:val="0"/>
          <w:numId w:val="46"/>
        </w:numPr>
        <w:rPr>
          <w:rFonts w:ascii="Arial" w:eastAsiaTheme="minorEastAsia" w:hAnsi="Arial" w:cs="Arial"/>
          <w:sz w:val="22"/>
          <w:szCs w:val="22"/>
          <w:lang w:eastAsia="en-US"/>
        </w:rPr>
      </w:pPr>
      <w:r w:rsidRPr="007530DA">
        <w:rPr>
          <w:rFonts w:ascii="Arial" w:eastAsiaTheme="minorEastAsia" w:hAnsi="Arial" w:cs="Arial"/>
          <w:sz w:val="22"/>
          <w:szCs w:val="22"/>
          <w:lang w:eastAsia="en-US"/>
        </w:rPr>
        <w:t>identify key volunteer roles where continuity is important;</w:t>
      </w:r>
    </w:p>
    <w:p w14:paraId="21CB1BC0" w14:textId="77777777" w:rsidR="00FC5B9C" w:rsidRDefault="007530DA" w:rsidP="00FC5B9C">
      <w:pPr>
        <w:pStyle w:val="isselectedend"/>
        <w:numPr>
          <w:ilvl w:val="0"/>
          <w:numId w:val="46"/>
        </w:numPr>
        <w:rPr>
          <w:rFonts w:ascii="Arial" w:eastAsiaTheme="minorEastAsia" w:hAnsi="Arial" w:cs="Arial"/>
          <w:sz w:val="22"/>
          <w:szCs w:val="22"/>
          <w:lang w:eastAsia="en-US"/>
        </w:rPr>
      </w:pPr>
      <w:r w:rsidRPr="007530DA">
        <w:rPr>
          <w:rFonts w:ascii="Arial" w:eastAsiaTheme="minorEastAsia" w:hAnsi="Arial" w:cs="Arial"/>
          <w:sz w:val="22"/>
          <w:szCs w:val="22"/>
          <w:lang w:eastAsia="en-US"/>
        </w:rPr>
        <w:t>encourage experienced volunteers to support and mentor new volunteers;</w:t>
      </w:r>
    </w:p>
    <w:p w14:paraId="1019172E" w14:textId="77777777" w:rsidR="00FC5B9C" w:rsidRDefault="007530DA" w:rsidP="00FC5B9C">
      <w:pPr>
        <w:pStyle w:val="isselectedend"/>
        <w:numPr>
          <w:ilvl w:val="0"/>
          <w:numId w:val="46"/>
        </w:numPr>
        <w:rPr>
          <w:rFonts w:ascii="Arial" w:eastAsiaTheme="minorEastAsia" w:hAnsi="Arial" w:cs="Arial"/>
          <w:sz w:val="22"/>
          <w:szCs w:val="22"/>
          <w:lang w:eastAsia="en-US"/>
        </w:rPr>
      </w:pPr>
      <w:r w:rsidRPr="007530DA">
        <w:rPr>
          <w:rFonts w:ascii="Arial" w:eastAsiaTheme="minorEastAsia" w:hAnsi="Arial" w:cs="Arial"/>
          <w:sz w:val="22"/>
          <w:szCs w:val="22"/>
          <w:lang w:eastAsia="en-US"/>
        </w:rPr>
        <w:t>maintain role descriptions and key information to support handovers;</w:t>
      </w:r>
    </w:p>
    <w:p w14:paraId="7F273D52" w14:textId="77777777" w:rsidR="00FC5B9C" w:rsidRDefault="007530DA" w:rsidP="00FC5B9C">
      <w:pPr>
        <w:pStyle w:val="isselectedend"/>
        <w:numPr>
          <w:ilvl w:val="0"/>
          <w:numId w:val="46"/>
        </w:numPr>
        <w:rPr>
          <w:rFonts w:ascii="Arial" w:eastAsiaTheme="minorEastAsia" w:hAnsi="Arial" w:cs="Arial"/>
          <w:sz w:val="22"/>
          <w:szCs w:val="22"/>
          <w:lang w:eastAsia="en-US"/>
        </w:rPr>
      </w:pPr>
      <w:r w:rsidRPr="007530DA">
        <w:rPr>
          <w:rFonts w:ascii="Arial" w:eastAsiaTheme="minorEastAsia" w:hAnsi="Arial" w:cs="Arial"/>
          <w:sz w:val="22"/>
          <w:szCs w:val="22"/>
          <w:lang w:eastAsia="en-US"/>
        </w:rPr>
        <w:t>provide opportunities for volunteers to develop skills and take on greater responsibility; and</w:t>
      </w:r>
    </w:p>
    <w:p w14:paraId="2A8B20CD" w14:textId="5EFF31D2" w:rsidR="007530DA" w:rsidRPr="007530DA" w:rsidRDefault="007530DA" w:rsidP="00FC5B9C">
      <w:pPr>
        <w:pStyle w:val="isselectedend"/>
        <w:numPr>
          <w:ilvl w:val="0"/>
          <w:numId w:val="46"/>
        </w:numPr>
        <w:rPr>
          <w:rFonts w:ascii="Arial" w:eastAsiaTheme="minorEastAsia" w:hAnsi="Arial" w:cs="Arial"/>
          <w:sz w:val="22"/>
          <w:szCs w:val="22"/>
          <w:lang w:eastAsia="en-US"/>
        </w:rPr>
      </w:pPr>
      <w:r w:rsidRPr="007530DA">
        <w:rPr>
          <w:rFonts w:ascii="Arial" w:eastAsiaTheme="minorEastAsia" w:hAnsi="Arial" w:cs="Arial"/>
          <w:sz w:val="22"/>
          <w:szCs w:val="22"/>
          <w:lang w:eastAsia="en-US"/>
        </w:rPr>
        <w:t>encourage coordinators and committee members to identify potential future role holders.</w:t>
      </w:r>
    </w:p>
    <w:p w14:paraId="367621C1" w14:textId="77777777" w:rsidR="007530DA" w:rsidRPr="007530DA" w:rsidRDefault="007530DA" w:rsidP="007530DA">
      <w:pPr>
        <w:pStyle w:val="isselectedend"/>
        <w:rPr>
          <w:rFonts w:ascii="Arial" w:eastAsiaTheme="minorEastAsia" w:hAnsi="Arial" w:cs="Arial"/>
          <w:sz w:val="22"/>
          <w:szCs w:val="22"/>
          <w:lang w:eastAsia="en-US"/>
        </w:rPr>
      </w:pPr>
      <w:r w:rsidRPr="007530DA">
        <w:rPr>
          <w:rFonts w:ascii="Arial" w:eastAsiaTheme="minorEastAsia" w:hAnsi="Arial" w:cs="Arial"/>
          <w:sz w:val="22"/>
          <w:szCs w:val="22"/>
          <w:lang w:eastAsia="en-US"/>
        </w:rPr>
        <w:t xml:space="preserve">Succession planning is a shared responsibility between the Executive Committee, Volunteer Coordinator and relevant portfolio coordinators. It will be reviewed as part of </w:t>
      </w:r>
      <w:r w:rsidRPr="007530DA">
        <w:rPr>
          <w:rFonts w:ascii="Arial" w:eastAsiaTheme="minorEastAsia" w:hAnsi="Arial" w:cs="Arial"/>
          <w:sz w:val="22"/>
          <w:szCs w:val="22"/>
          <w:lang w:eastAsia="en-US"/>
        </w:rPr>
        <w:lastRenderedPageBreak/>
        <w:t>the annual volunteer review process to identify critical roles, emerging leaders and areas where additional support may be required.</w:t>
      </w:r>
    </w:p>
    <w:p w14:paraId="6D8515CA" w14:textId="2643217D" w:rsidR="00FD6AE1" w:rsidRPr="0044581A" w:rsidRDefault="007530DA" w:rsidP="0044581A">
      <w:pPr>
        <w:pStyle w:val="NormalWeb"/>
        <w:rPr>
          <w:rFonts w:ascii="Arial" w:eastAsiaTheme="minorEastAsia" w:hAnsi="Arial" w:cs="Arial"/>
          <w:sz w:val="22"/>
          <w:szCs w:val="22"/>
          <w:lang w:eastAsia="en-US"/>
        </w:rPr>
      </w:pPr>
      <w:r w:rsidRPr="007530DA">
        <w:rPr>
          <w:rFonts w:ascii="Arial" w:eastAsiaTheme="minorEastAsia" w:hAnsi="Arial" w:cs="Arial"/>
          <w:sz w:val="22"/>
          <w:szCs w:val="22"/>
          <w:lang w:eastAsia="en-US"/>
        </w:rPr>
        <w:t>Through effective succession planning, WDCC will strengthen volunteer capability, retain important knowledge and ensure the Club remains sustainable for future generations.</w:t>
      </w:r>
    </w:p>
    <w:p w14:paraId="0648AE45" w14:textId="57E50EFC" w:rsidR="007D62C0" w:rsidRPr="0005441E" w:rsidRDefault="007D62C0" w:rsidP="003C07C1">
      <w:pPr>
        <w:pStyle w:val="ListParagraph"/>
        <w:numPr>
          <w:ilvl w:val="0"/>
          <w:numId w:val="35"/>
        </w:numPr>
        <w:rPr>
          <w:rFonts w:ascii="Arial" w:hAnsi="Arial" w:cs="Arial"/>
          <w:b/>
          <w:bCs/>
          <w:lang w:val="en-AU"/>
        </w:rPr>
      </w:pPr>
      <w:r w:rsidRPr="0005441E">
        <w:rPr>
          <w:rFonts w:ascii="Arial" w:hAnsi="Arial" w:cs="Arial"/>
          <w:b/>
          <w:bCs/>
          <w:lang w:val="en-AU"/>
        </w:rPr>
        <w:t>Risk Management</w:t>
      </w:r>
    </w:p>
    <w:p w14:paraId="2D5233F5" w14:textId="77777777" w:rsidR="007D62C0" w:rsidRPr="0005441E" w:rsidRDefault="007D62C0" w:rsidP="007D62C0">
      <w:pPr>
        <w:rPr>
          <w:rFonts w:ascii="Arial" w:hAnsi="Arial" w:cs="Arial"/>
          <w:lang w:val="en-AU"/>
        </w:rPr>
      </w:pPr>
      <w:r w:rsidRPr="0005441E">
        <w:rPr>
          <w:rFonts w:ascii="Arial" w:hAnsi="Arial" w:cs="Arial"/>
          <w:lang w:val="en-AU"/>
        </w:rPr>
        <w:t>Wollongong District Cricket Club (WDCC) is committed to identifying, managing and minimising risks associated with volunteer activities to provide a safe, inclusive and well-governed environment for all members. Effective risk management supports informed decision-making, protects the Club's reputation and ensures the wellbeing of players, volunteers and the wider community.</w:t>
      </w:r>
    </w:p>
    <w:p w14:paraId="459FFBE5" w14:textId="77777777" w:rsidR="007D62C0" w:rsidRPr="0005441E" w:rsidRDefault="007D62C0" w:rsidP="007D62C0">
      <w:pPr>
        <w:rPr>
          <w:rFonts w:ascii="Arial" w:hAnsi="Arial" w:cs="Arial"/>
          <w:lang w:val="en-AU"/>
        </w:rPr>
      </w:pPr>
      <w:r w:rsidRPr="0005441E">
        <w:rPr>
          <w:rFonts w:ascii="Arial" w:hAnsi="Arial" w:cs="Arial"/>
          <w:lang w:val="en-AU"/>
        </w:rPr>
        <w:t>The Club will identify and regularly review risks relating to volunteer recruitment, child safety, health and safety, governance, events, facilities, financial management and operational activities. Appropriate controls, policies and procedures will be implemented to reduce identified risks and ensure compliance with relevant legislation and the requirements of Cricket Australia and Cricket NSW.</w:t>
      </w:r>
    </w:p>
    <w:p w14:paraId="258F5B62" w14:textId="77777777" w:rsidR="007D62C0" w:rsidRPr="0005441E" w:rsidRDefault="007D62C0" w:rsidP="007D62C0">
      <w:pPr>
        <w:rPr>
          <w:rFonts w:ascii="Arial" w:hAnsi="Arial" w:cs="Arial"/>
          <w:lang w:val="en-AU"/>
        </w:rPr>
      </w:pPr>
      <w:r w:rsidRPr="0005441E">
        <w:rPr>
          <w:rFonts w:ascii="Arial" w:hAnsi="Arial" w:cs="Arial"/>
          <w:lang w:val="en-AU"/>
        </w:rPr>
        <w:t>The Executive Committee is responsible for overseeing the Club's risk management framework, while all volunteers are expected to identify hazards, report incidents and follow Club policies and safe work practices. Volunteers must immediately report any concerns relating to safety, child protection or misconduct through the appropriate reporting channels.</w:t>
      </w:r>
    </w:p>
    <w:p w14:paraId="07B17441" w14:textId="77777777" w:rsidR="007D62C0" w:rsidRDefault="007D62C0" w:rsidP="007D62C0">
      <w:pPr>
        <w:rPr>
          <w:rFonts w:ascii="Arial" w:hAnsi="Arial" w:cs="Arial"/>
          <w:lang w:val="en-AU"/>
        </w:rPr>
      </w:pPr>
      <w:r w:rsidRPr="0005441E">
        <w:rPr>
          <w:rFonts w:ascii="Arial" w:hAnsi="Arial" w:cs="Arial"/>
          <w:lang w:val="en-AU"/>
        </w:rPr>
        <w:t>WDCC will review its risk management practices annually and following any significant incident to ensure continuous improvement and the ongoing safety and sustainability of the Club.</w:t>
      </w:r>
    </w:p>
    <w:p w14:paraId="4EAD452D" w14:textId="10104B28" w:rsidR="00190314" w:rsidRPr="007530DA" w:rsidRDefault="007530DA" w:rsidP="007D62C0">
      <w:pPr>
        <w:rPr>
          <w:rFonts w:ascii="Arial" w:hAnsi="Arial" w:cs="Arial"/>
          <w:b/>
          <w:bCs/>
          <w:lang w:val="en-AU"/>
        </w:rPr>
      </w:pPr>
      <w:r w:rsidRPr="007530DA">
        <w:rPr>
          <w:rFonts w:ascii="Arial" w:hAnsi="Arial" w:cs="Arial"/>
          <w:b/>
          <w:bCs/>
          <w:lang w:val="en-AU"/>
        </w:rPr>
        <w:t>Volunteer Role Risk Classification</w:t>
      </w:r>
    </w:p>
    <w:tbl>
      <w:tblPr>
        <w:tblW w:w="9214" w:type="dxa"/>
        <w:tblCellSpacing w:w="15" w:type="dxa"/>
        <w:tblCellMar>
          <w:top w:w="15" w:type="dxa"/>
          <w:left w:w="15" w:type="dxa"/>
          <w:bottom w:w="15" w:type="dxa"/>
          <w:right w:w="15" w:type="dxa"/>
        </w:tblCellMar>
        <w:tblLook w:val="04A0" w:firstRow="1" w:lastRow="0" w:firstColumn="1" w:lastColumn="0" w:noHBand="0" w:noVBand="1"/>
      </w:tblPr>
      <w:tblGrid>
        <w:gridCol w:w="1560"/>
        <w:gridCol w:w="3543"/>
        <w:gridCol w:w="4111"/>
      </w:tblGrid>
      <w:tr w:rsidR="00190314" w:rsidRPr="00190314" w14:paraId="1D555458" w14:textId="77777777" w:rsidTr="00190314">
        <w:trPr>
          <w:tblHeader/>
          <w:tblCellSpacing w:w="15" w:type="dxa"/>
        </w:trPr>
        <w:tc>
          <w:tcPr>
            <w:tcW w:w="1515" w:type="dxa"/>
            <w:vAlign w:val="center"/>
            <w:hideMark/>
          </w:tcPr>
          <w:p w14:paraId="457D0100" w14:textId="77777777" w:rsidR="00190314" w:rsidRPr="00190314" w:rsidRDefault="00190314" w:rsidP="00190314">
            <w:pPr>
              <w:rPr>
                <w:rFonts w:ascii="Arial" w:hAnsi="Arial" w:cs="Arial"/>
                <w:b/>
                <w:bCs/>
                <w:lang w:val="en-AU"/>
              </w:rPr>
            </w:pPr>
            <w:r w:rsidRPr="00190314">
              <w:rPr>
                <w:rFonts w:ascii="Arial" w:hAnsi="Arial" w:cs="Arial"/>
                <w:b/>
                <w:bCs/>
                <w:lang w:val="en-AU"/>
              </w:rPr>
              <w:t>Risk Level</w:t>
            </w:r>
          </w:p>
        </w:tc>
        <w:tc>
          <w:tcPr>
            <w:tcW w:w="3513" w:type="dxa"/>
            <w:vAlign w:val="center"/>
            <w:hideMark/>
          </w:tcPr>
          <w:p w14:paraId="679C3B2F" w14:textId="77777777" w:rsidR="00190314" w:rsidRPr="00190314" w:rsidRDefault="00190314" w:rsidP="00190314">
            <w:pPr>
              <w:rPr>
                <w:rFonts w:ascii="Arial" w:hAnsi="Arial" w:cs="Arial"/>
                <w:b/>
                <w:bCs/>
                <w:lang w:val="en-AU"/>
              </w:rPr>
            </w:pPr>
            <w:r w:rsidRPr="00190314">
              <w:rPr>
                <w:rFonts w:ascii="Arial" w:hAnsi="Arial" w:cs="Arial"/>
                <w:b/>
                <w:bCs/>
                <w:lang w:val="en-AU"/>
              </w:rPr>
              <w:t>Examples</w:t>
            </w:r>
          </w:p>
        </w:tc>
        <w:tc>
          <w:tcPr>
            <w:tcW w:w="4066" w:type="dxa"/>
            <w:vAlign w:val="center"/>
            <w:hideMark/>
          </w:tcPr>
          <w:p w14:paraId="6F976046" w14:textId="77777777" w:rsidR="00190314" w:rsidRPr="00190314" w:rsidRDefault="00190314" w:rsidP="00190314">
            <w:pPr>
              <w:rPr>
                <w:rFonts w:ascii="Arial" w:hAnsi="Arial" w:cs="Arial"/>
                <w:b/>
                <w:bCs/>
                <w:lang w:val="en-AU"/>
              </w:rPr>
            </w:pPr>
            <w:r w:rsidRPr="00190314">
              <w:rPr>
                <w:rFonts w:ascii="Arial" w:hAnsi="Arial" w:cs="Arial"/>
                <w:b/>
                <w:bCs/>
                <w:lang w:val="en-AU"/>
              </w:rPr>
              <w:t>Requirements</w:t>
            </w:r>
          </w:p>
        </w:tc>
      </w:tr>
      <w:tr w:rsidR="00190314" w:rsidRPr="00190314" w14:paraId="6E5BAC37" w14:textId="77777777" w:rsidTr="00190314">
        <w:trPr>
          <w:tblCellSpacing w:w="15" w:type="dxa"/>
        </w:trPr>
        <w:tc>
          <w:tcPr>
            <w:tcW w:w="1515" w:type="dxa"/>
            <w:vAlign w:val="center"/>
            <w:hideMark/>
          </w:tcPr>
          <w:p w14:paraId="6D9171A2" w14:textId="77777777" w:rsidR="00190314" w:rsidRPr="00190314" w:rsidRDefault="00190314" w:rsidP="00190314">
            <w:pPr>
              <w:rPr>
                <w:rFonts w:ascii="Arial" w:hAnsi="Arial" w:cs="Arial"/>
                <w:lang w:val="en-AU"/>
              </w:rPr>
            </w:pPr>
            <w:r w:rsidRPr="00190314">
              <w:rPr>
                <w:rFonts w:ascii="Arial" w:hAnsi="Arial" w:cs="Arial"/>
                <w:lang w:val="en-AU"/>
              </w:rPr>
              <w:t>High Risk</w:t>
            </w:r>
          </w:p>
        </w:tc>
        <w:tc>
          <w:tcPr>
            <w:tcW w:w="3513" w:type="dxa"/>
            <w:vAlign w:val="center"/>
            <w:hideMark/>
          </w:tcPr>
          <w:p w14:paraId="7FC1407E" w14:textId="77777777" w:rsidR="00190314" w:rsidRPr="00190314" w:rsidRDefault="00190314" w:rsidP="00190314">
            <w:pPr>
              <w:rPr>
                <w:rFonts w:ascii="Arial" w:hAnsi="Arial" w:cs="Arial"/>
                <w:lang w:val="en-AU"/>
              </w:rPr>
            </w:pPr>
            <w:r w:rsidRPr="00190314">
              <w:rPr>
                <w:rFonts w:ascii="Arial" w:hAnsi="Arial" w:cs="Arial"/>
                <w:lang w:val="en-AU"/>
              </w:rPr>
              <w:t>Coach, Manager, Child-facing roles</w:t>
            </w:r>
          </w:p>
        </w:tc>
        <w:tc>
          <w:tcPr>
            <w:tcW w:w="4066" w:type="dxa"/>
            <w:vAlign w:val="center"/>
            <w:hideMark/>
          </w:tcPr>
          <w:p w14:paraId="33D430AA" w14:textId="77777777" w:rsidR="00190314" w:rsidRPr="00190314" w:rsidRDefault="00190314" w:rsidP="00190314">
            <w:pPr>
              <w:rPr>
                <w:rFonts w:ascii="Arial" w:hAnsi="Arial" w:cs="Arial"/>
                <w:lang w:val="en-AU"/>
              </w:rPr>
            </w:pPr>
            <w:r w:rsidRPr="00190314">
              <w:rPr>
                <w:rFonts w:ascii="Arial" w:hAnsi="Arial" w:cs="Arial"/>
                <w:lang w:val="en-AU"/>
              </w:rPr>
              <w:t>WWCC, induction, Child Safe training</w:t>
            </w:r>
          </w:p>
        </w:tc>
      </w:tr>
      <w:tr w:rsidR="00190314" w:rsidRPr="00190314" w14:paraId="0517E644" w14:textId="77777777" w:rsidTr="00190314">
        <w:trPr>
          <w:tblCellSpacing w:w="15" w:type="dxa"/>
        </w:trPr>
        <w:tc>
          <w:tcPr>
            <w:tcW w:w="1515" w:type="dxa"/>
            <w:vAlign w:val="center"/>
            <w:hideMark/>
          </w:tcPr>
          <w:p w14:paraId="4DEABE9A" w14:textId="77777777" w:rsidR="00190314" w:rsidRPr="00190314" w:rsidRDefault="00190314" w:rsidP="00190314">
            <w:pPr>
              <w:rPr>
                <w:rFonts w:ascii="Arial" w:hAnsi="Arial" w:cs="Arial"/>
                <w:lang w:val="en-AU"/>
              </w:rPr>
            </w:pPr>
            <w:r w:rsidRPr="00190314">
              <w:rPr>
                <w:rFonts w:ascii="Arial" w:hAnsi="Arial" w:cs="Arial"/>
                <w:lang w:val="en-AU"/>
              </w:rPr>
              <w:t>Medium Risk</w:t>
            </w:r>
          </w:p>
        </w:tc>
        <w:tc>
          <w:tcPr>
            <w:tcW w:w="3513" w:type="dxa"/>
            <w:vAlign w:val="center"/>
            <w:hideMark/>
          </w:tcPr>
          <w:p w14:paraId="419F0744" w14:textId="77777777" w:rsidR="00190314" w:rsidRPr="00190314" w:rsidRDefault="00190314" w:rsidP="00190314">
            <w:pPr>
              <w:rPr>
                <w:rFonts w:ascii="Arial" w:hAnsi="Arial" w:cs="Arial"/>
                <w:lang w:val="en-AU"/>
              </w:rPr>
            </w:pPr>
            <w:r w:rsidRPr="00190314">
              <w:rPr>
                <w:rFonts w:ascii="Arial" w:hAnsi="Arial" w:cs="Arial"/>
                <w:lang w:val="en-AU"/>
              </w:rPr>
              <w:t>Committee, Events</w:t>
            </w:r>
          </w:p>
        </w:tc>
        <w:tc>
          <w:tcPr>
            <w:tcW w:w="4066" w:type="dxa"/>
            <w:vAlign w:val="center"/>
            <w:hideMark/>
          </w:tcPr>
          <w:p w14:paraId="0CE69612" w14:textId="77777777" w:rsidR="00190314" w:rsidRPr="00190314" w:rsidRDefault="00190314" w:rsidP="00190314">
            <w:pPr>
              <w:rPr>
                <w:rFonts w:ascii="Arial" w:hAnsi="Arial" w:cs="Arial"/>
                <w:lang w:val="en-AU"/>
              </w:rPr>
            </w:pPr>
            <w:r w:rsidRPr="00190314">
              <w:rPr>
                <w:rFonts w:ascii="Arial" w:hAnsi="Arial" w:cs="Arial"/>
                <w:lang w:val="en-AU"/>
              </w:rPr>
              <w:t>Code of Conduct, induction</w:t>
            </w:r>
          </w:p>
        </w:tc>
      </w:tr>
      <w:tr w:rsidR="00190314" w:rsidRPr="00190314" w14:paraId="0EEC5A8A" w14:textId="77777777" w:rsidTr="00190314">
        <w:trPr>
          <w:tblCellSpacing w:w="15" w:type="dxa"/>
        </w:trPr>
        <w:tc>
          <w:tcPr>
            <w:tcW w:w="1515" w:type="dxa"/>
            <w:vAlign w:val="center"/>
            <w:hideMark/>
          </w:tcPr>
          <w:p w14:paraId="00E97B40" w14:textId="77777777" w:rsidR="00190314" w:rsidRPr="00190314" w:rsidRDefault="00190314" w:rsidP="00190314">
            <w:pPr>
              <w:rPr>
                <w:rFonts w:ascii="Arial" w:hAnsi="Arial" w:cs="Arial"/>
                <w:lang w:val="en-AU"/>
              </w:rPr>
            </w:pPr>
            <w:r w:rsidRPr="00190314">
              <w:rPr>
                <w:rFonts w:ascii="Arial" w:hAnsi="Arial" w:cs="Arial"/>
                <w:lang w:val="en-AU"/>
              </w:rPr>
              <w:t>Low Risk</w:t>
            </w:r>
          </w:p>
        </w:tc>
        <w:tc>
          <w:tcPr>
            <w:tcW w:w="3513" w:type="dxa"/>
            <w:vAlign w:val="center"/>
            <w:hideMark/>
          </w:tcPr>
          <w:p w14:paraId="1829F0BD" w14:textId="77777777" w:rsidR="00190314" w:rsidRPr="00190314" w:rsidRDefault="00190314" w:rsidP="00190314">
            <w:pPr>
              <w:rPr>
                <w:rFonts w:ascii="Arial" w:hAnsi="Arial" w:cs="Arial"/>
                <w:lang w:val="en-AU"/>
              </w:rPr>
            </w:pPr>
            <w:r w:rsidRPr="00190314">
              <w:rPr>
                <w:rFonts w:ascii="Arial" w:hAnsi="Arial" w:cs="Arial"/>
                <w:lang w:val="en-AU"/>
              </w:rPr>
              <w:t>Event helpers</w:t>
            </w:r>
          </w:p>
        </w:tc>
        <w:tc>
          <w:tcPr>
            <w:tcW w:w="4066" w:type="dxa"/>
            <w:vAlign w:val="center"/>
            <w:hideMark/>
          </w:tcPr>
          <w:p w14:paraId="1C0535C4" w14:textId="77777777" w:rsidR="00190314" w:rsidRPr="00190314" w:rsidRDefault="00190314" w:rsidP="00190314">
            <w:pPr>
              <w:rPr>
                <w:rFonts w:ascii="Arial" w:hAnsi="Arial" w:cs="Arial"/>
                <w:lang w:val="en-AU"/>
              </w:rPr>
            </w:pPr>
            <w:r w:rsidRPr="00190314">
              <w:rPr>
                <w:rFonts w:ascii="Arial" w:hAnsi="Arial" w:cs="Arial"/>
                <w:lang w:val="en-AU"/>
              </w:rPr>
              <w:t>Volunteer registration</w:t>
            </w:r>
          </w:p>
        </w:tc>
      </w:tr>
    </w:tbl>
    <w:p w14:paraId="0A0E61F6" w14:textId="77777777" w:rsidR="00190314" w:rsidRDefault="00190314" w:rsidP="007D62C0">
      <w:pPr>
        <w:rPr>
          <w:rFonts w:ascii="Arial" w:hAnsi="Arial" w:cs="Arial"/>
          <w:lang w:val="en-AU"/>
        </w:rPr>
      </w:pPr>
    </w:p>
    <w:p w14:paraId="43994185" w14:textId="77777777" w:rsidR="00EE3BB4" w:rsidRDefault="00EE3BB4" w:rsidP="007D62C0">
      <w:pPr>
        <w:rPr>
          <w:rFonts w:ascii="Arial" w:hAnsi="Arial" w:cs="Arial"/>
          <w:lang w:val="en-AU"/>
        </w:rPr>
      </w:pPr>
    </w:p>
    <w:p w14:paraId="08FFB819" w14:textId="77777777" w:rsidR="00EE3BB4" w:rsidRDefault="00EE3BB4" w:rsidP="007D62C0">
      <w:pPr>
        <w:rPr>
          <w:rFonts w:ascii="Arial" w:hAnsi="Arial" w:cs="Arial"/>
          <w:lang w:val="en-AU"/>
        </w:rPr>
      </w:pPr>
    </w:p>
    <w:p w14:paraId="32C8424D" w14:textId="77777777" w:rsidR="00EE3BB4" w:rsidRPr="0005441E" w:rsidRDefault="00EE3BB4" w:rsidP="007D62C0">
      <w:pPr>
        <w:rPr>
          <w:rFonts w:ascii="Arial" w:hAnsi="Arial" w:cs="Arial"/>
          <w:lang w:val="en-AU"/>
        </w:rPr>
      </w:pPr>
    </w:p>
    <w:p w14:paraId="5389C574" w14:textId="3658B70A" w:rsidR="007D62C0" w:rsidRPr="0005441E" w:rsidRDefault="007D62C0" w:rsidP="003C07C1">
      <w:pPr>
        <w:pStyle w:val="ListParagraph"/>
        <w:numPr>
          <w:ilvl w:val="0"/>
          <w:numId w:val="35"/>
        </w:numPr>
        <w:rPr>
          <w:rFonts w:ascii="Arial" w:hAnsi="Arial" w:cs="Arial"/>
          <w:b/>
          <w:bCs/>
          <w:lang w:val="en-AU"/>
        </w:rPr>
      </w:pPr>
      <w:r w:rsidRPr="0005441E">
        <w:rPr>
          <w:rFonts w:ascii="Arial" w:hAnsi="Arial" w:cs="Arial"/>
          <w:b/>
          <w:bCs/>
          <w:lang w:val="en-AU"/>
        </w:rPr>
        <w:lastRenderedPageBreak/>
        <w:t>Child Safe Responsibilities</w:t>
      </w:r>
    </w:p>
    <w:p w14:paraId="6768C710" w14:textId="16E4733D" w:rsidR="007D62C0" w:rsidRPr="0005441E" w:rsidRDefault="007D62C0" w:rsidP="007D62C0">
      <w:pPr>
        <w:rPr>
          <w:rFonts w:ascii="Arial" w:hAnsi="Arial" w:cs="Arial"/>
          <w:lang w:val="en-AU"/>
        </w:rPr>
      </w:pPr>
      <w:r w:rsidRPr="0005441E">
        <w:rPr>
          <w:rFonts w:ascii="Arial" w:hAnsi="Arial" w:cs="Arial"/>
          <w:lang w:val="en-AU"/>
        </w:rPr>
        <w:t>WDCC is committed to providing a safe, inclusive and supportive environment where the safety and wellbeing of children and young people is the highest priority. The Club adopts the principles of Cricket Australia's Child Safe Framework and complies with the NSW Child Safe Standards and all relevant legislation.</w:t>
      </w:r>
    </w:p>
    <w:p w14:paraId="39A98C13" w14:textId="77777777" w:rsidR="007D62C0" w:rsidRPr="0005441E" w:rsidRDefault="007D62C0" w:rsidP="007D62C0">
      <w:pPr>
        <w:rPr>
          <w:rFonts w:ascii="Arial" w:hAnsi="Arial" w:cs="Arial"/>
          <w:lang w:val="en-AU"/>
        </w:rPr>
      </w:pPr>
      <w:r w:rsidRPr="0005441E">
        <w:rPr>
          <w:rFonts w:ascii="Arial" w:hAnsi="Arial" w:cs="Arial"/>
          <w:lang w:val="en-AU"/>
        </w:rPr>
        <w:t>All volunteers, committee members, coaches, managers and officials share responsibility for promoting child safety and are expected to:</w:t>
      </w:r>
    </w:p>
    <w:p w14:paraId="386F97E2" w14:textId="77777777" w:rsidR="007D62C0" w:rsidRPr="0005441E" w:rsidRDefault="007D62C0" w:rsidP="007D62C0">
      <w:pPr>
        <w:numPr>
          <w:ilvl w:val="0"/>
          <w:numId w:val="25"/>
        </w:numPr>
        <w:rPr>
          <w:rFonts w:ascii="Arial" w:hAnsi="Arial" w:cs="Arial"/>
          <w:lang w:val="en-AU"/>
        </w:rPr>
      </w:pPr>
      <w:r w:rsidRPr="0005441E">
        <w:rPr>
          <w:rFonts w:ascii="Arial" w:hAnsi="Arial" w:cs="Arial"/>
          <w:lang w:val="en-AU"/>
        </w:rPr>
        <w:t>act in the best interests of children and young people at all times;</w:t>
      </w:r>
    </w:p>
    <w:p w14:paraId="2C2290EB" w14:textId="77777777" w:rsidR="007D62C0" w:rsidRPr="0005441E" w:rsidRDefault="007D62C0" w:rsidP="007D62C0">
      <w:pPr>
        <w:numPr>
          <w:ilvl w:val="0"/>
          <w:numId w:val="25"/>
        </w:numPr>
        <w:rPr>
          <w:rFonts w:ascii="Arial" w:hAnsi="Arial" w:cs="Arial"/>
          <w:lang w:val="en-AU"/>
        </w:rPr>
      </w:pPr>
      <w:r w:rsidRPr="0005441E">
        <w:rPr>
          <w:rFonts w:ascii="Arial" w:hAnsi="Arial" w:cs="Arial"/>
          <w:lang w:val="en-AU"/>
        </w:rPr>
        <w:t>provide a safe, respectful and inclusive environment free from abuse, bullying, discrimination and harassment;</w:t>
      </w:r>
    </w:p>
    <w:p w14:paraId="451E5CB7" w14:textId="77777777" w:rsidR="007D62C0" w:rsidRPr="0005441E" w:rsidRDefault="007D62C0" w:rsidP="007D62C0">
      <w:pPr>
        <w:numPr>
          <w:ilvl w:val="0"/>
          <w:numId w:val="25"/>
        </w:numPr>
        <w:rPr>
          <w:rFonts w:ascii="Arial" w:hAnsi="Arial" w:cs="Arial"/>
          <w:lang w:val="en-AU"/>
        </w:rPr>
      </w:pPr>
      <w:r w:rsidRPr="0005441E">
        <w:rPr>
          <w:rFonts w:ascii="Arial" w:hAnsi="Arial" w:cs="Arial"/>
          <w:lang w:val="en-AU"/>
        </w:rPr>
        <w:t>comply with the Club's Child Safe Policy, Code of Conduct and relevant safeguarding procedures;</w:t>
      </w:r>
    </w:p>
    <w:p w14:paraId="38D7AE0D" w14:textId="77777777" w:rsidR="007D62C0" w:rsidRPr="0005441E" w:rsidRDefault="007D62C0" w:rsidP="007D62C0">
      <w:pPr>
        <w:numPr>
          <w:ilvl w:val="0"/>
          <w:numId w:val="25"/>
        </w:numPr>
        <w:rPr>
          <w:rFonts w:ascii="Arial" w:hAnsi="Arial" w:cs="Arial"/>
          <w:lang w:val="en-AU"/>
        </w:rPr>
      </w:pPr>
      <w:r w:rsidRPr="0005441E">
        <w:rPr>
          <w:rFonts w:ascii="Arial" w:hAnsi="Arial" w:cs="Arial"/>
          <w:lang w:val="en-AU"/>
        </w:rPr>
        <w:t xml:space="preserve">hold a valid Working </w:t>
      </w:r>
      <w:proofErr w:type="gramStart"/>
      <w:r w:rsidRPr="0005441E">
        <w:rPr>
          <w:rFonts w:ascii="Arial" w:hAnsi="Arial" w:cs="Arial"/>
          <w:lang w:val="en-AU"/>
        </w:rPr>
        <w:t>With</w:t>
      </w:r>
      <w:proofErr w:type="gramEnd"/>
      <w:r w:rsidRPr="0005441E">
        <w:rPr>
          <w:rFonts w:ascii="Arial" w:hAnsi="Arial" w:cs="Arial"/>
          <w:lang w:val="en-AU"/>
        </w:rPr>
        <w:t xml:space="preserve"> Children Check (WWCC) where required by legislation; and</w:t>
      </w:r>
    </w:p>
    <w:p w14:paraId="453CECD5" w14:textId="77777777" w:rsidR="007D62C0" w:rsidRPr="0005441E" w:rsidRDefault="007D62C0" w:rsidP="007D62C0">
      <w:pPr>
        <w:numPr>
          <w:ilvl w:val="0"/>
          <w:numId w:val="25"/>
        </w:numPr>
        <w:rPr>
          <w:rFonts w:ascii="Arial" w:hAnsi="Arial" w:cs="Arial"/>
          <w:lang w:val="en-AU"/>
        </w:rPr>
      </w:pPr>
      <w:r w:rsidRPr="0005441E">
        <w:rPr>
          <w:rFonts w:ascii="Arial" w:hAnsi="Arial" w:cs="Arial"/>
          <w:lang w:val="en-AU"/>
        </w:rPr>
        <w:t>report any concerns, incidents or suspected breaches of child safety promptly through the Club's reporting processes.</w:t>
      </w:r>
    </w:p>
    <w:p w14:paraId="4D56857D" w14:textId="77777777" w:rsidR="007D62C0" w:rsidRPr="0005441E" w:rsidRDefault="007D62C0" w:rsidP="007D62C0">
      <w:pPr>
        <w:rPr>
          <w:rFonts w:ascii="Arial" w:hAnsi="Arial" w:cs="Arial"/>
          <w:lang w:val="en-AU"/>
        </w:rPr>
      </w:pPr>
      <w:r w:rsidRPr="0005441E">
        <w:rPr>
          <w:rFonts w:ascii="Arial" w:hAnsi="Arial" w:cs="Arial"/>
          <w:lang w:val="en-AU"/>
        </w:rPr>
        <w:t>The Child Safety Officer is responsible for supporting volunteers, maintaining child safe practices and assisting the Executive Committee to ensure the Club meets its safeguarding obligations.</w:t>
      </w:r>
    </w:p>
    <w:p w14:paraId="1D123D9B" w14:textId="78126232" w:rsidR="0005441E" w:rsidRDefault="007D62C0" w:rsidP="0005441E">
      <w:pPr>
        <w:rPr>
          <w:rFonts w:ascii="Arial" w:hAnsi="Arial" w:cs="Arial"/>
          <w:lang w:val="en-AU"/>
        </w:rPr>
      </w:pPr>
      <w:r w:rsidRPr="0005441E">
        <w:rPr>
          <w:rFonts w:ascii="Arial" w:hAnsi="Arial" w:cs="Arial"/>
          <w:lang w:val="en-AU"/>
        </w:rPr>
        <w:t>WDCC is committed to fostering a culture where every child feels safe, respected, included and able to participate in cricket with confidence.</w:t>
      </w:r>
    </w:p>
    <w:p w14:paraId="00BA7BB4" w14:textId="6DEFA177" w:rsidR="007D62C0" w:rsidRPr="0005441E" w:rsidRDefault="007D62C0" w:rsidP="003C07C1">
      <w:pPr>
        <w:pStyle w:val="ListParagraph"/>
        <w:numPr>
          <w:ilvl w:val="0"/>
          <w:numId w:val="35"/>
        </w:numPr>
        <w:rPr>
          <w:rFonts w:ascii="Arial" w:hAnsi="Arial" w:cs="Arial"/>
          <w:b/>
          <w:bCs/>
          <w:lang w:val="en-AU"/>
        </w:rPr>
      </w:pPr>
      <w:r w:rsidRPr="0005441E">
        <w:rPr>
          <w:rFonts w:ascii="Arial" w:hAnsi="Arial" w:cs="Arial"/>
          <w:b/>
          <w:bCs/>
          <w:lang w:val="en-AU"/>
        </w:rPr>
        <w:t>Member Protection</w:t>
      </w:r>
    </w:p>
    <w:p w14:paraId="0D28550D" w14:textId="3CC4FC6A" w:rsidR="007D62C0" w:rsidRPr="0005441E" w:rsidRDefault="007D62C0" w:rsidP="007D62C0">
      <w:pPr>
        <w:rPr>
          <w:rFonts w:ascii="Arial" w:hAnsi="Arial" w:cs="Arial"/>
          <w:lang w:val="en-AU"/>
        </w:rPr>
      </w:pPr>
      <w:r w:rsidRPr="0005441E">
        <w:rPr>
          <w:rFonts w:ascii="Arial" w:hAnsi="Arial" w:cs="Arial"/>
          <w:lang w:val="en-AU"/>
        </w:rPr>
        <w:t>WDCC is committed to providing a safe, respectful and inclusive environment for all players, volunteers, officials, members and visitors. The Club promotes a culture of fairness, respect and integrity, where everyone is treated with dignity and has the opportunity to participate free from discrimination, harassment, bullying, abuse or victimisation.</w:t>
      </w:r>
    </w:p>
    <w:p w14:paraId="5F539117" w14:textId="0C515DBF" w:rsidR="007D62C0" w:rsidRPr="0005441E" w:rsidRDefault="007D62C0" w:rsidP="007D62C0">
      <w:pPr>
        <w:rPr>
          <w:rFonts w:ascii="Arial" w:hAnsi="Arial" w:cs="Arial"/>
          <w:lang w:val="en-AU"/>
        </w:rPr>
      </w:pPr>
      <w:r w:rsidRPr="0005441E">
        <w:rPr>
          <w:rFonts w:ascii="Arial" w:hAnsi="Arial" w:cs="Arial"/>
          <w:lang w:val="en-AU"/>
        </w:rPr>
        <w:t xml:space="preserve">All members and volunteers are expected to comply with the Club's Code of Conduct, Member Protection Policy, </w:t>
      </w:r>
      <w:r w:rsidR="007530DA" w:rsidRPr="007530DA">
        <w:rPr>
          <w:rFonts w:ascii="Arial" w:hAnsi="Arial" w:cs="Arial"/>
        </w:rPr>
        <w:t>Cricket Australia's National Integrity Framework and associated policies</w:t>
      </w:r>
      <w:r w:rsidR="007530DA">
        <w:rPr>
          <w:rFonts w:ascii="Arial" w:hAnsi="Arial" w:cs="Arial"/>
        </w:rPr>
        <w:t xml:space="preserve"> </w:t>
      </w:r>
      <w:r w:rsidRPr="0005441E">
        <w:rPr>
          <w:rFonts w:ascii="Arial" w:hAnsi="Arial" w:cs="Arial"/>
          <w:lang w:val="en-AU"/>
        </w:rPr>
        <w:t>and all relevant Cricket NSW policies. Behaviour that is inconsistent with these standards will be addressed promptly and fairly through the Club's complaints and disciplinary processes.</w:t>
      </w:r>
    </w:p>
    <w:p w14:paraId="23F1FBA2" w14:textId="77777777" w:rsidR="007D62C0" w:rsidRPr="0005441E" w:rsidRDefault="007D62C0" w:rsidP="007D62C0">
      <w:pPr>
        <w:rPr>
          <w:rFonts w:ascii="Arial" w:hAnsi="Arial" w:cs="Arial"/>
          <w:lang w:val="en-AU"/>
        </w:rPr>
      </w:pPr>
      <w:r w:rsidRPr="0005441E">
        <w:rPr>
          <w:rFonts w:ascii="Arial" w:hAnsi="Arial" w:cs="Arial"/>
          <w:lang w:val="en-AU"/>
        </w:rPr>
        <w:t xml:space="preserve">The Member Protection Information Officer (MPIO) provides confidential support and information to members regarding concerns or complaints and assists individuals to understand the appropriate pathways for resolving issues. Where required, matters may </w:t>
      </w:r>
      <w:r w:rsidRPr="0005441E">
        <w:rPr>
          <w:rFonts w:ascii="Arial" w:hAnsi="Arial" w:cs="Arial"/>
          <w:lang w:val="en-AU"/>
        </w:rPr>
        <w:lastRenderedPageBreak/>
        <w:t>be referred to the Executive Committee, Cricket NSW or the appropriate external authority.</w:t>
      </w:r>
    </w:p>
    <w:p w14:paraId="154F3099" w14:textId="77777777" w:rsidR="007D62C0" w:rsidRPr="0005441E" w:rsidRDefault="007D62C0" w:rsidP="007D62C0">
      <w:pPr>
        <w:rPr>
          <w:rFonts w:ascii="Arial" w:hAnsi="Arial" w:cs="Arial"/>
          <w:lang w:val="en-AU"/>
        </w:rPr>
      </w:pPr>
      <w:r w:rsidRPr="0005441E">
        <w:rPr>
          <w:rFonts w:ascii="Arial" w:hAnsi="Arial" w:cs="Arial"/>
          <w:lang w:val="en-AU"/>
        </w:rPr>
        <w:t>WDCC encourages all members to speak up if they experience or witness behaviour that is inconsistent with the Club's values. By promoting respect, inclusion and accountability, the Club aims to create a positive environment where everyone feels safe, valued and able to enjoy the game of cricket.</w:t>
      </w:r>
    </w:p>
    <w:p w14:paraId="1B36714B" w14:textId="77777777" w:rsidR="003C07C1" w:rsidRPr="003C07C1" w:rsidRDefault="003C07C1" w:rsidP="003C07C1">
      <w:pPr>
        <w:pStyle w:val="ListParagraph"/>
        <w:numPr>
          <w:ilvl w:val="0"/>
          <w:numId w:val="35"/>
        </w:numPr>
        <w:rPr>
          <w:rFonts w:ascii="Arial" w:hAnsi="Arial" w:cs="Arial"/>
          <w:b/>
          <w:bCs/>
          <w:lang w:val="en-AU"/>
        </w:rPr>
      </w:pPr>
      <w:r w:rsidRPr="003C07C1">
        <w:rPr>
          <w:rFonts w:ascii="Arial" w:hAnsi="Arial" w:cs="Arial"/>
          <w:b/>
          <w:bCs/>
          <w:lang w:val="en-AU"/>
        </w:rPr>
        <w:t>Performance Measurement &amp; KPIs</w:t>
      </w:r>
    </w:p>
    <w:p w14:paraId="12A513FB" w14:textId="77777777" w:rsidR="003C07C1" w:rsidRPr="003C07C1" w:rsidRDefault="003C07C1" w:rsidP="003C07C1">
      <w:pPr>
        <w:rPr>
          <w:rFonts w:ascii="Arial" w:hAnsi="Arial" w:cs="Arial"/>
          <w:lang w:val="en-AU"/>
        </w:rPr>
      </w:pPr>
      <w:r w:rsidRPr="003C07C1">
        <w:rPr>
          <w:rFonts w:ascii="Arial" w:hAnsi="Arial" w:cs="Arial"/>
          <w:lang w:val="en-AU"/>
        </w:rPr>
        <w:t>WDCC recognises that measuring the effectiveness of its volunteer program is important to ensure volunteers are supported, valued and contributing to the ongoing success of the Club. Performance measurement will focus on volunteer engagement, satisfaction, development and the effectiveness of volunteer processes.</w:t>
      </w:r>
    </w:p>
    <w:p w14:paraId="61FC2D78" w14:textId="77777777" w:rsidR="003C07C1" w:rsidRPr="003C07C1" w:rsidRDefault="003C07C1" w:rsidP="003C07C1">
      <w:pPr>
        <w:rPr>
          <w:rFonts w:ascii="Arial" w:hAnsi="Arial" w:cs="Arial"/>
          <w:lang w:val="en-AU"/>
        </w:rPr>
      </w:pPr>
      <w:r w:rsidRPr="003C07C1">
        <w:rPr>
          <w:rFonts w:ascii="Arial" w:hAnsi="Arial" w:cs="Arial"/>
          <w:lang w:val="en-AU"/>
        </w:rPr>
        <w:t>Key measures may include:</w:t>
      </w:r>
    </w:p>
    <w:p w14:paraId="226931A8" w14:textId="77777777" w:rsidR="003C07C1" w:rsidRPr="003C07C1" w:rsidRDefault="003C07C1" w:rsidP="003C07C1">
      <w:pPr>
        <w:numPr>
          <w:ilvl w:val="0"/>
          <w:numId w:val="33"/>
        </w:numPr>
        <w:rPr>
          <w:rFonts w:ascii="Arial" w:hAnsi="Arial" w:cs="Arial"/>
          <w:lang w:val="en-AU"/>
        </w:rPr>
      </w:pPr>
      <w:r w:rsidRPr="003C07C1">
        <w:rPr>
          <w:rFonts w:ascii="Arial" w:hAnsi="Arial" w:cs="Arial"/>
          <w:lang w:val="en-AU"/>
        </w:rPr>
        <w:t>Volunteer recruitment, retention and participation rates.</w:t>
      </w:r>
    </w:p>
    <w:p w14:paraId="38A2C470" w14:textId="77777777" w:rsidR="003C07C1" w:rsidRPr="003C07C1" w:rsidRDefault="003C07C1" w:rsidP="003C07C1">
      <w:pPr>
        <w:numPr>
          <w:ilvl w:val="0"/>
          <w:numId w:val="33"/>
        </w:numPr>
        <w:rPr>
          <w:rFonts w:ascii="Arial" w:hAnsi="Arial" w:cs="Arial"/>
          <w:lang w:val="en-AU"/>
        </w:rPr>
      </w:pPr>
      <w:r w:rsidRPr="003C07C1">
        <w:rPr>
          <w:rFonts w:ascii="Arial" w:hAnsi="Arial" w:cs="Arial"/>
          <w:lang w:val="en-AU"/>
        </w:rPr>
        <w:t>Volunteer satisfaction and feedback results.</w:t>
      </w:r>
    </w:p>
    <w:p w14:paraId="5756BE53" w14:textId="77777777" w:rsidR="003C07C1" w:rsidRPr="003C07C1" w:rsidRDefault="003C07C1" w:rsidP="003C07C1">
      <w:pPr>
        <w:numPr>
          <w:ilvl w:val="0"/>
          <w:numId w:val="33"/>
        </w:numPr>
        <w:rPr>
          <w:rFonts w:ascii="Arial" w:hAnsi="Arial" w:cs="Arial"/>
          <w:lang w:val="en-AU"/>
        </w:rPr>
      </w:pPr>
      <w:r w:rsidRPr="003C07C1">
        <w:rPr>
          <w:rFonts w:ascii="Arial" w:hAnsi="Arial" w:cs="Arial"/>
          <w:lang w:val="en-AU"/>
        </w:rPr>
        <w:t>Completion of required training, inductions and compliance requirements.</w:t>
      </w:r>
    </w:p>
    <w:p w14:paraId="35D0547D" w14:textId="77777777" w:rsidR="003C07C1" w:rsidRPr="003C07C1" w:rsidRDefault="003C07C1" w:rsidP="003C07C1">
      <w:pPr>
        <w:numPr>
          <w:ilvl w:val="0"/>
          <w:numId w:val="33"/>
        </w:numPr>
        <w:rPr>
          <w:rFonts w:ascii="Arial" w:hAnsi="Arial" w:cs="Arial"/>
          <w:lang w:val="en-AU"/>
        </w:rPr>
      </w:pPr>
      <w:r w:rsidRPr="003C07C1">
        <w:rPr>
          <w:rFonts w:ascii="Arial" w:hAnsi="Arial" w:cs="Arial"/>
          <w:lang w:val="en-AU"/>
        </w:rPr>
        <w:t>Role clarity and effectiveness through regular check-ins and reviews.</w:t>
      </w:r>
    </w:p>
    <w:p w14:paraId="14460D30" w14:textId="77777777" w:rsidR="003C07C1" w:rsidRPr="003C07C1" w:rsidRDefault="003C07C1" w:rsidP="003C07C1">
      <w:pPr>
        <w:numPr>
          <w:ilvl w:val="0"/>
          <w:numId w:val="33"/>
        </w:numPr>
        <w:rPr>
          <w:rFonts w:ascii="Arial" w:hAnsi="Arial" w:cs="Arial"/>
          <w:lang w:val="en-AU"/>
        </w:rPr>
      </w:pPr>
      <w:r w:rsidRPr="003C07C1">
        <w:rPr>
          <w:rFonts w:ascii="Arial" w:hAnsi="Arial" w:cs="Arial"/>
          <w:lang w:val="en-AU"/>
        </w:rPr>
        <w:t>Participation in volunteer recognition and development opportunities.</w:t>
      </w:r>
    </w:p>
    <w:p w14:paraId="5E74B2BE" w14:textId="77777777" w:rsidR="003C07C1" w:rsidRDefault="003C07C1" w:rsidP="003C07C1">
      <w:pPr>
        <w:numPr>
          <w:ilvl w:val="0"/>
          <w:numId w:val="33"/>
        </w:numPr>
        <w:rPr>
          <w:rFonts w:ascii="Arial" w:hAnsi="Arial" w:cs="Arial"/>
          <w:lang w:val="en-AU"/>
        </w:rPr>
      </w:pPr>
      <w:r w:rsidRPr="003C07C1">
        <w:rPr>
          <w:rFonts w:ascii="Arial" w:hAnsi="Arial" w:cs="Arial"/>
          <w:lang w:val="en-AU"/>
        </w:rPr>
        <w:t>Feedback from players, families, coaches and members regarding volunteer support.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95"/>
        <w:gridCol w:w="3827"/>
      </w:tblGrid>
      <w:tr w:rsidR="0044581A" w:rsidRPr="00394CBB" w14:paraId="1E92E1DB" w14:textId="77777777" w:rsidTr="002304E8">
        <w:trPr>
          <w:tblHeader/>
          <w:tblCellSpacing w:w="15" w:type="dxa"/>
        </w:trPr>
        <w:tc>
          <w:tcPr>
            <w:tcW w:w="4350" w:type="dxa"/>
            <w:vAlign w:val="center"/>
            <w:hideMark/>
          </w:tcPr>
          <w:p w14:paraId="6C950122" w14:textId="77777777" w:rsidR="0044581A" w:rsidRPr="00394CBB" w:rsidRDefault="0044581A" w:rsidP="002304E8">
            <w:pPr>
              <w:rPr>
                <w:rFonts w:ascii="Arial" w:hAnsi="Arial" w:cs="Arial"/>
                <w:b/>
                <w:bCs/>
                <w:highlight w:val="yellow"/>
                <w:lang w:val="en-AU"/>
              </w:rPr>
            </w:pPr>
            <w:r w:rsidRPr="00394CBB">
              <w:rPr>
                <w:rFonts w:ascii="Arial" w:hAnsi="Arial" w:cs="Arial"/>
                <w:b/>
                <w:bCs/>
                <w:highlight w:val="yellow"/>
                <w:lang w:val="en-AU"/>
              </w:rPr>
              <w:t>Measure</w:t>
            </w:r>
          </w:p>
        </w:tc>
        <w:tc>
          <w:tcPr>
            <w:tcW w:w="3782" w:type="dxa"/>
            <w:vAlign w:val="center"/>
            <w:hideMark/>
          </w:tcPr>
          <w:p w14:paraId="2B595EB4" w14:textId="77777777" w:rsidR="0044581A" w:rsidRPr="00394CBB" w:rsidRDefault="0044581A" w:rsidP="002304E8">
            <w:pPr>
              <w:rPr>
                <w:rFonts w:ascii="Arial" w:hAnsi="Arial" w:cs="Arial"/>
                <w:b/>
                <w:bCs/>
                <w:highlight w:val="yellow"/>
                <w:lang w:val="en-AU"/>
              </w:rPr>
            </w:pPr>
            <w:r w:rsidRPr="00394CBB">
              <w:rPr>
                <w:rFonts w:ascii="Arial" w:hAnsi="Arial" w:cs="Arial"/>
                <w:b/>
                <w:bCs/>
                <w:highlight w:val="yellow"/>
                <w:lang w:val="en-AU"/>
              </w:rPr>
              <w:t>Target</w:t>
            </w:r>
          </w:p>
        </w:tc>
      </w:tr>
      <w:tr w:rsidR="0044581A" w:rsidRPr="007530DA" w14:paraId="6C61727D" w14:textId="77777777" w:rsidTr="002304E8">
        <w:trPr>
          <w:tblCellSpacing w:w="15" w:type="dxa"/>
        </w:trPr>
        <w:tc>
          <w:tcPr>
            <w:tcW w:w="4350" w:type="dxa"/>
            <w:vAlign w:val="center"/>
            <w:hideMark/>
          </w:tcPr>
          <w:p w14:paraId="03EF4676" w14:textId="77777777" w:rsidR="0044581A" w:rsidRPr="007530DA" w:rsidRDefault="0044581A" w:rsidP="002304E8">
            <w:pPr>
              <w:rPr>
                <w:rFonts w:ascii="Arial" w:hAnsi="Arial" w:cs="Arial"/>
                <w:highlight w:val="yellow"/>
                <w:lang w:val="en-AU"/>
              </w:rPr>
            </w:pPr>
            <w:r w:rsidRPr="007530DA">
              <w:rPr>
                <w:rFonts w:ascii="Arial" w:hAnsi="Arial" w:cs="Arial"/>
                <w:highlight w:val="yellow"/>
              </w:rPr>
              <w:t>Volunteers completing induction</w:t>
            </w:r>
          </w:p>
        </w:tc>
        <w:tc>
          <w:tcPr>
            <w:tcW w:w="3782" w:type="dxa"/>
            <w:vAlign w:val="center"/>
            <w:hideMark/>
          </w:tcPr>
          <w:p w14:paraId="0D6EBD51" w14:textId="77777777" w:rsidR="0044581A" w:rsidRPr="007530DA" w:rsidRDefault="0044581A" w:rsidP="002304E8">
            <w:pPr>
              <w:rPr>
                <w:rFonts w:ascii="Arial" w:hAnsi="Arial" w:cs="Arial"/>
                <w:highlight w:val="yellow"/>
                <w:lang w:val="en-AU"/>
              </w:rPr>
            </w:pPr>
            <w:r w:rsidRPr="007530DA">
              <w:rPr>
                <w:rFonts w:ascii="Arial" w:hAnsi="Arial" w:cs="Arial"/>
                <w:highlight w:val="yellow"/>
              </w:rPr>
              <w:t>All new volunteers</w:t>
            </w:r>
          </w:p>
        </w:tc>
      </w:tr>
      <w:tr w:rsidR="0044581A" w:rsidRPr="007530DA" w14:paraId="110CFEC4" w14:textId="77777777" w:rsidTr="002304E8">
        <w:trPr>
          <w:tblCellSpacing w:w="15" w:type="dxa"/>
        </w:trPr>
        <w:tc>
          <w:tcPr>
            <w:tcW w:w="4350" w:type="dxa"/>
            <w:vAlign w:val="center"/>
            <w:hideMark/>
          </w:tcPr>
          <w:p w14:paraId="717209BD" w14:textId="77777777" w:rsidR="0044581A" w:rsidRPr="007530DA" w:rsidRDefault="0044581A" w:rsidP="002304E8">
            <w:pPr>
              <w:rPr>
                <w:rFonts w:ascii="Arial" w:hAnsi="Arial" w:cs="Arial"/>
                <w:highlight w:val="yellow"/>
                <w:lang w:val="en-AU"/>
              </w:rPr>
            </w:pPr>
            <w:r w:rsidRPr="007530DA">
              <w:rPr>
                <w:rFonts w:ascii="Arial" w:hAnsi="Arial" w:cs="Arial"/>
                <w:highlight w:val="yellow"/>
              </w:rPr>
              <w:t>WWCC compliance</w:t>
            </w:r>
          </w:p>
        </w:tc>
        <w:tc>
          <w:tcPr>
            <w:tcW w:w="3782" w:type="dxa"/>
            <w:vAlign w:val="center"/>
            <w:hideMark/>
          </w:tcPr>
          <w:p w14:paraId="3EEC79E4" w14:textId="77777777" w:rsidR="0044581A" w:rsidRPr="007530DA" w:rsidRDefault="0044581A" w:rsidP="002304E8">
            <w:pPr>
              <w:rPr>
                <w:rFonts w:ascii="Arial" w:hAnsi="Arial" w:cs="Arial"/>
                <w:highlight w:val="yellow"/>
                <w:lang w:val="en-AU"/>
              </w:rPr>
            </w:pPr>
            <w:r w:rsidRPr="007530DA">
              <w:rPr>
                <w:rFonts w:ascii="Arial" w:hAnsi="Arial" w:cs="Arial"/>
                <w:highlight w:val="yellow"/>
              </w:rPr>
              <w:t>100% where required</w:t>
            </w:r>
          </w:p>
        </w:tc>
      </w:tr>
      <w:tr w:rsidR="0044581A" w:rsidRPr="007530DA" w14:paraId="7AB201BA" w14:textId="77777777" w:rsidTr="002304E8">
        <w:trPr>
          <w:tblCellSpacing w:w="15" w:type="dxa"/>
        </w:trPr>
        <w:tc>
          <w:tcPr>
            <w:tcW w:w="4350" w:type="dxa"/>
            <w:vAlign w:val="center"/>
            <w:hideMark/>
          </w:tcPr>
          <w:p w14:paraId="3A965E00" w14:textId="77777777" w:rsidR="0044581A" w:rsidRPr="007530DA" w:rsidRDefault="0044581A" w:rsidP="002304E8">
            <w:pPr>
              <w:rPr>
                <w:rFonts w:ascii="Arial" w:hAnsi="Arial" w:cs="Arial"/>
                <w:highlight w:val="yellow"/>
                <w:lang w:val="en-AU"/>
              </w:rPr>
            </w:pPr>
            <w:r w:rsidRPr="007530DA">
              <w:rPr>
                <w:rFonts w:ascii="Arial" w:hAnsi="Arial" w:cs="Arial"/>
                <w:highlight w:val="yellow"/>
              </w:rPr>
              <w:t>Volunteer feedback collected</w:t>
            </w:r>
          </w:p>
        </w:tc>
        <w:tc>
          <w:tcPr>
            <w:tcW w:w="3782" w:type="dxa"/>
            <w:vAlign w:val="center"/>
            <w:hideMark/>
          </w:tcPr>
          <w:p w14:paraId="35A0F3B4" w14:textId="77777777" w:rsidR="0044581A" w:rsidRPr="007530DA" w:rsidRDefault="0044581A" w:rsidP="002304E8">
            <w:pPr>
              <w:rPr>
                <w:rFonts w:ascii="Arial" w:hAnsi="Arial" w:cs="Arial"/>
                <w:highlight w:val="yellow"/>
                <w:lang w:val="en-AU"/>
              </w:rPr>
            </w:pPr>
            <w:r w:rsidRPr="007530DA">
              <w:rPr>
                <w:rFonts w:ascii="Arial" w:hAnsi="Arial" w:cs="Arial"/>
                <w:highlight w:val="yellow"/>
              </w:rPr>
              <w:t>Annual survey</w:t>
            </w:r>
          </w:p>
        </w:tc>
      </w:tr>
      <w:tr w:rsidR="0044581A" w:rsidRPr="007530DA" w14:paraId="0C4F4452" w14:textId="77777777" w:rsidTr="002304E8">
        <w:trPr>
          <w:tblCellSpacing w:w="15" w:type="dxa"/>
        </w:trPr>
        <w:tc>
          <w:tcPr>
            <w:tcW w:w="4350" w:type="dxa"/>
            <w:vAlign w:val="center"/>
            <w:hideMark/>
          </w:tcPr>
          <w:p w14:paraId="19F92566" w14:textId="77777777" w:rsidR="0044581A" w:rsidRPr="007530DA" w:rsidRDefault="0044581A" w:rsidP="002304E8">
            <w:pPr>
              <w:rPr>
                <w:rFonts w:ascii="Arial" w:hAnsi="Arial" w:cs="Arial"/>
                <w:highlight w:val="yellow"/>
                <w:lang w:val="en-AU"/>
              </w:rPr>
            </w:pPr>
            <w:r w:rsidRPr="007530DA">
              <w:rPr>
                <w:rFonts w:ascii="Arial" w:hAnsi="Arial" w:cs="Arial"/>
                <w:highlight w:val="yellow"/>
              </w:rPr>
              <w:t>Role descriptions completed</w:t>
            </w:r>
          </w:p>
        </w:tc>
        <w:tc>
          <w:tcPr>
            <w:tcW w:w="3782" w:type="dxa"/>
            <w:vAlign w:val="center"/>
            <w:hideMark/>
          </w:tcPr>
          <w:p w14:paraId="061C7208" w14:textId="77777777" w:rsidR="0044581A" w:rsidRPr="007530DA" w:rsidRDefault="0044581A" w:rsidP="002304E8">
            <w:pPr>
              <w:rPr>
                <w:rFonts w:ascii="Arial" w:hAnsi="Arial" w:cs="Arial"/>
                <w:highlight w:val="yellow"/>
                <w:lang w:val="en-AU"/>
              </w:rPr>
            </w:pPr>
            <w:r w:rsidRPr="007530DA">
              <w:rPr>
                <w:rFonts w:ascii="Arial" w:hAnsi="Arial" w:cs="Arial"/>
                <w:highlight w:val="yellow"/>
              </w:rPr>
              <w:t>Priority roles</w:t>
            </w:r>
          </w:p>
        </w:tc>
      </w:tr>
      <w:tr w:rsidR="0044581A" w:rsidRPr="007530DA" w14:paraId="504DECDE" w14:textId="77777777" w:rsidTr="002304E8">
        <w:trPr>
          <w:tblCellSpacing w:w="15" w:type="dxa"/>
        </w:trPr>
        <w:tc>
          <w:tcPr>
            <w:tcW w:w="4350" w:type="dxa"/>
            <w:vAlign w:val="center"/>
            <w:hideMark/>
          </w:tcPr>
          <w:p w14:paraId="57FCC618" w14:textId="77777777" w:rsidR="0044581A" w:rsidRPr="007530DA" w:rsidRDefault="0044581A" w:rsidP="002304E8">
            <w:pPr>
              <w:rPr>
                <w:rFonts w:ascii="Arial" w:hAnsi="Arial" w:cs="Arial"/>
                <w:highlight w:val="yellow"/>
                <w:lang w:val="en-AU"/>
              </w:rPr>
            </w:pPr>
            <w:r w:rsidRPr="007530DA">
              <w:rPr>
                <w:rFonts w:ascii="Arial" w:hAnsi="Arial" w:cs="Arial"/>
                <w:highlight w:val="yellow"/>
              </w:rPr>
              <w:t>Volunteer recognition</w:t>
            </w:r>
          </w:p>
        </w:tc>
        <w:tc>
          <w:tcPr>
            <w:tcW w:w="3782" w:type="dxa"/>
            <w:vAlign w:val="center"/>
            <w:hideMark/>
          </w:tcPr>
          <w:p w14:paraId="17486B6D" w14:textId="77777777" w:rsidR="0044581A" w:rsidRPr="007530DA" w:rsidRDefault="0044581A" w:rsidP="002304E8">
            <w:pPr>
              <w:rPr>
                <w:rFonts w:ascii="Arial" w:hAnsi="Arial" w:cs="Arial"/>
                <w:highlight w:val="yellow"/>
                <w:lang w:val="en-AU"/>
              </w:rPr>
            </w:pPr>
            <w:r w:rsidRPr="007530DA">
              <w:rPr>
                <w:rFonts w:ascii="Arial" w:hAnsi="Arial" w:cs="Arial"/>
                <w:highlight w:val="yellow"/>
              </w:rPr>
              <w:t>Annual recognition program</w:t>
            </w:r>
          </w:p>
        </w:tc>
      </w:tr>
    </w:tbl>
    <w:p w14:paraId="52E9C0C4" w14:textId="77777777" w:rsidR="0044581A" w:rsidRPr="003C07C1" w:rsidRDefault="0044581A" w:rsidP="0044581A">
      <w:pPr>
        <w:rPr>
          <w:rFonts w:ascii="Arial" w:hAnsi="Arial" w:cs="Arial"/>
          <w:lang w:val="en-AU"/>
        </w:rPr>
      </w:pPr>
    </w:p>
    <w:p w14:paraId="3DFA07BA" w14:textId="77777777" w:rsidR="003C07C1" w:rsidRPr="003C07C1" w:rsidRDefault="003C07C1" w:rsidP="003C07C1">
      <w:pPr>
        <w:rPr>
          <w:rFonts w:ascii="Arial" w:hAnsi="Arial" w:cs="Arial"/>
          <w:lang w:val="en-AU"/>
        </w:rPr>
      </w:pPr>
      <w:r w:rsidRPr="003C07C1">
        <w:rPr>
          <w:rFonts w:ascii="Arial" w:hAnsi="Arial" w:cs="Arial"/>
          <w:lang w:val="en-AU"/>
        </w:rPr>
        <w:t>Volunteer coordinators and Club leaders will use these measures to identify opportunities for improvement, recognise achievements and strengthen volunteer support structures.</w:t>
      </w:r>
    </w:p>
    <w:p w14:paraId="120140C3" w14:textId="744E18BD" w:rsidR="00D22148" w:rsidRDefault="003C07C1" w:rsidP="003C07C1">
      <w:pPr>
        <w:rPr>
          <w:rFonts w:ascii="Arial" w:hAnsi="Arial" w:cs="Arial"/>
          <w:lang w:val="en-AU"/>
        </w:rPr>
      </w:pPr>
      <w:r w:rsidRPr="003C07C1">
        <w:rPr>
          <w:rFonts w:ascii="Arial" w:hAnsi="Arial" w:cs="Arial"/>
          <w:lang w:val="en-AU"/>
        </w:rPr>
        <w:lastRenderedPageBreak/>
        <w:t>WDCC will regularly review volunteer performance and engagement data to ensure the Volunteer Management Framework remains effective, sustainable and aligned with the Club’s strategic priorities.</w:t>
      </w:r>
    </w:p>
    <w:p w14:paraId="0166134D" w14:textId="3AEB64DA" w:rsidR="00D22148" w:rsidRPr="00D22148" w:rsidRDefault="00D22148" w:rsidP="00D22148">
      <w:pPr>
        <w:pStyle w:val="ListParagraph"/>
        <w:numPr>
          <w:ilvl w:val="0"/>
          <w:numId w:val="35"/>
        </w:numPr>
        <w:rPr>
          <w:rFonts w:ascii="Arial" w:hAnsi="Arial" w:cs="Arial"/>
          <w:b/>
          <w:bCs/>
          <w:lang w:val="en-AU"/>
        </w:rPr>
      </w:pPr>
      <w:r w:rsidRPr="00D22148">
        <w:rPr>
          <w:rFonts w:ascii="Arial" w:hAnsi="Arial" w:cs="Arial"/>
          <w:b/>
          <w:bCs/>
          <w:lang w:val="en-AU"/>
        </w:rPr>
        <w:t>Annual Volunteer Calendar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61"/>
        <w:gridCol w:w="4677"/>
      </w:tblGrid>
      <w:tr w:rsidR="00D22148" w:rsidRPr="00D22148" w14:paraId="70E13561" w14:textId="77777777" w:rsidTr="00D22148">
        <w:trPr>
          <w:tblHeader/>
          <w:tblCellSpacing w:w="15" w:type="dxa"/>
        </w:trPr>
        <w:tc>
          <w:tcPr>
            <w:tcW w:w="3216" w:type="dxa"/>
            <w:vAlign w:val="center"/>
            <w:hideMark/>
          </w:tcPr>
          <w:p w14:paraId="0B5D86FD" w14:textId="77777777" w:rsidR="00D22148" w:rsidRPr="00D22148" w:rsidRDefault="00D22148" w:rsidP="00D22148">
            <w:pPr>
              <w:rPr>
                <w:rFonts w:ascii="Arial" w:hAnsi="Arial" w:cs="Arial"/>
                <w:b/>
                <w:bCs/>
                <w:lang w:val="en-AU"/>
              </w:rPr>
            </w:pPr>
            <w:r w:rsidRPr="00D22148">
              <w:rPr>
                <w:rFonts w:ascii="Arial" w:hAnsi="Arial" w:cs="Arial"/>
                <w:b/>
                <w:bCs/>
                <w:lang w:val="en-AU"/>
              </w:rPr>
              <w:t>Time</w:t>
            </w:r>
          </w:p>
        </w:tc>
        <w:tc>
          <w:tcPr>
            <w:tcW w:w="4632" w:type="dxa"/>
            <w:vAlign w:val="center"/>
            <w:hideMark/>
          </w:tcPr>
          <w:p w14:paraId="1E1042D9" w14:textId="77777777" w:rsidR="00D22148" w:rsidRPr="00D22148" w:rsidRDefault="00D22148" w:rsidP="00D22148">
            <w:pPr>
              <w:rPr>
                <w:rFonts w:ascii="Arial" w:hAnsi="Arial" w:cs="Arial"/>
                <w:b/>
                <w:bCs/>
                <w:lang w:val="en-AU"/>
              </w:rPr>
            </w:pPr>
            <w:r w:rsidRPr="00D22148">
              <w:rPr>
                <w:rFonts w:ascii="Arial" w:hAnsi="Arial" w:cs="Arial"/>
                <w:b/>
                <w:bCs/>
                <w:lang w:val="en-AU"/>
              </w:rPr>
              <w:t>Activity</w:t>
            </w:r>
          </w:p>
        </w:tc>
      </w:tr>
      <w:tr w:rsidR="00D22148" w:rsidRPr="00D22148" w14:paraId="2C39A754" w14:textId="77777777" w:rsidTr="00D22148">
        <w:trPr>
          <w:tblCellSpacing w:w="15" w:type="dxa"/>
        </w:trPr>
        <w:tc>
          <w:tcPr>
            <w:tcW w:w="3216" w:type="dxa"/>
            <w:vAlign w:val="center"/>
            <w:hideMark/>
          </w:tcPr>
          <w:p w14:paraId="0AC9AD13" w14:textId="77777777" w:rsidR="00D22148" w:rsidRPr="00D22148" w:rsidRDefault="00D22148" w:rsidP="00D22148">
            <w:pPr>
              <w:rPr>
                <w:rFonts w:ascii="Arial" w:hAnsi="Arial" w:cs="Arial"/>
                <w:lang w:val="en-AU"/>
              </w:rPr>
            </w:pPr>
            <w:r w:rsidRPr="00D22148">
              <w:rPr>
                <w:rFonts w:ascii="Arial" w:hAnsi="Arial" w:cs="Arial"/>
                <w:lang w:val="en-AU"/>
              </w:rPr>
              <w:t>July–August</w:t>
            </w:r>
          </w:p>
        </w:tc>
        <w:tc>
          <w:tcPr>
            <w:tcW w:w="4632" w:type="dxa"/>
            <w:vAlign w:val="center"/>
            <w:hideMark/>
          </w:tcPr>
          <w:p w14:paraId="7601557E" w14:textId="77777777" w:rsidR="00D22148" w:rsidRPr="00D22148" w:rsidRDefault="00D22148" w:rsidP="00D22148">
            <w:pPr>
              <w:rPr>
                <w:rFonts w:ascii="Arial" w:hAnsi="Arial" w:cs="Arial"/>
                <w:lang w:val="en-AU"/>
              </w:rPr>
            </w:pPr>
            <w:r w:rsidRPr="00D22148">
              <w:rPr>
                <w:rFonts w:ascii="Arial" w:hAnsi="Arial" w:cs="Arial"/>
                <w:lang w:val="en-AU"/>
              </w:rPr>
              <w:t>Recruit volunteers for season</w:t>
            </w:r>
          </w:p>
        </w:tc>
      </w:tr>
      <w:tr w:rsidR="00D22148" w:rsidRPr="00D22148" w14:paraId="5B3C9371" w14:textId="77777777" w:rsidTr="00D22148">
        <w:trPr>
          <w:tblCellSpacing w:w="15" w:type="dxa"/>
        </w:trPr>
        <w:tc>
          <w:tcPr>
            <w:tcW w:w="3216" w:type="dxa"/>
            <w:vAlign w:val="center"/>
            <w:hideMark/>
          </w:tcPr>
          <w:p w14:paraId="3AD5125D" w14:textId="77777777" w:rsidR="00D22148" w:rsidRPr="00D22148" w:rsidRDefault="00D22148" w:rsidP="00D22148">
            <w:pPr>
              <w:rPr>
                <w:rFonts w:ascii="Arial" w:hAnsi="Arial" w:cs="Arial"/>
                <w:lang w:val="en-AU"/>
              </w:rPr>
            </w:pPr>
            <w:r w:rsidRPr="00D22148">
              <w:rPr>
                <w:rFonts w:ascii="Arial" w:hAnsi="Arial" w:cs="Arial"/>
                <w:lang w:val="en-AU"/>
              </w:rPr>
              <w:t>August–September</w:t>
            </w:r>
          </w:p>
        </w:tc>
        <w:tc>
          <w:tcPr>
            <w:tcW w:w="4632" w:type="dxa"/>
            <w:vAlign w:val="center"/>
            <w:hideMark/>
          </w:tcPr>
          <w:p w14:paraId="1B2E5341" w14:textId="77777777" w:rsidR="00D22148" w:rsidRPr="00D22148" w:rsidRDefault="00D22148" w:rsidP="00D22148">
            <w:pPr>
              <w:rPr>
                <w:rFonts w:ascii="Arial" w:hAnsi="Arial" w:cs="Arial"/>
                <w:lang w:val="en-AU"/>
              </w:rPr>
            </w:pPr>
            <w:r w:rsidRPr="00D22148">
              <w:rPr>
                <w:rFonts w:ascii="Arial" w:hAnsi="Arial" w:cs="Arial"/>
                <w:lang w:val="en-AU"/>
              </w:rPr>
              <w:t>Inductions and training</w:t>
            </w:r>
          </w:p>
        </w:tc>
      </w:tr>
      <w:tr w:rsidR="00D22148" w:rsidRPr="00D22148" w14:paraId="17A7BF7B" w14:textId="77777777" w:rsidTr="00D22148">
        <w:trPr>
          <w:tblCellSpacing w:w="15" w:type="dxa"/>
        </w:trPr>
        <w:tc>
          <w:tcPr>
            <w:tcW w:w="3216" w:type="dxa"/>
            <w:vAlign w:val="center"/>
            <w:hideMark/>
          </w:tcPr>
          <w:p w14:paraId="3DF1440C" w14:textId="77777777" w:rsidR="00D22148" w:rsidRPr="00D22148" w:rsidRDefault="00D22148" w:rsidP="00D22148">
            <w:pPr>
              <w:rPr>
                <w:rFonts w:ascii="Arial" w:hAnsi="Arial" w:cs="Arial"/>
                <w:lang w:val="en-AU"/>
              </w:rPr>
            </w:pPr>
            <w:r w:rsidRPr="00D22148">
              <w:rPr>
                <w:rFonts w:ascii="Arial" w:hAnsi="Arial" w:cs="Arial"/>
                <w:lang w:val="en-AU"/>
              </w:rPr>
              <w:t>October</w:t>
            </w:r>
          </w:p>
        </w:tc>
        <w:tc>
          <w:tcPr>
            <w:tcW w:w="4632" w:type="dxa"/>
            <w:vAlign w:val="center"/>
            <w:hideMark/>
          </w:tcPr>
          <w:p w14:paraId="6BCC4CB5" w14:textId="77777777" w:rsidR="00D22148" w:rsidRPr="00D22148" w:rsidRDefault="00D22148" w:rsidP="00D22148">
            <w:pPr>
              <w:rPr>
                <w:rFonts w:ascii="Arial" w:hAnsi="Arial" w:cs="Arial"/>
                <w:lang w:val="en-AU"/>
              </w:rPr>
            </w:pPr>
            <w:r w:rsidRPr="00D22148">
              <w:rPr>
                <w:rFonts w:ascii="Arial" w:hAnsi="Arial" w:cs="Arial"/>
                <w:lang w:val="en-AU"/>
              </w:rPr>
              <w:t>Season launch</w:t>
            </w:r>
          </w:p>
        </w:tc>
      </w:tr>
      <w:tr w:rsidR="00D22148" w:rsidRPr="00D22148" w14:paraId="35C9DCB3" w14:textId="77777777" w:rsidTr="00D22148">
        <w:trPr>
          <w:tblCellSpacing w:w="15" w:type="dxa"/>
        </w:trPr>
        <w:tc>
          <w:tcPr>
            <w:tcW w:w="3216" w:type="dxa"/>
            <w:vAlign w:val="center"/>
            <w:hideMark/>
          </w:tcPr>
          <w:p w14:paraId="196991C0" w14:textId="77777777" w:rsidR="00D22148" w:rsidRPr="00D22148" w:rsidRDefault="00D22148" w:rsidP="00D22148">
            <w:pPr>
              <w:rPr>
                <w:rFonts w:ascii="Arial" w:hAnsi="Arial" w:cs="Arial"/>
                <w:lang w:val="en-AU"/>
              </w:rPr>
            </w:pPr>
            <w:r w:rsidRPr="00D22148">
              <w:rPr>
                <w:rFonts w:ascii="Arial" w:hAnsi="Arial" w:cs="Arial"/>
                <w:lang w:val="en-AU"/>
              </w:rPr>
              <w:t>December</w:t>
            </w:r>
          </w:p>
        </w:tc>
        <w:tc>
          <w:tcPr>
            <w:tcW w:w="4632" w:type="dxa"/>
            <w:vAlign w:val="center"/>
            <w:hideMark/>
          </w:tcPr>
          <w:p w14:paraId="020931D8" w14:textId="77777777" w:rsidR="00D22148" w:rsidRPr="00D22148" w:rsidRDefault="00D22148" w:rsidP="00D22148">
            <w:pPr>
              <w:rPr>
                <w:rFonts w:ascii="Arial" w:hAnsi="Arial" w:cs="Arial"/>
                <w:lang w:val="en-AU"/>
              </w:rPr>
            </w:pPr>
            <w:r w:rsidRPr="00D22148">
              <w:rPr>
                <w:rFonts w:ascii="Arial" w:hAnsi="Arial" w:cs="Arial"/>
                <w:lang w:val="en-AU"/>
              </w:rPr>
              <w:t>Mid-season check-in</w:t>
            </w:r>
          </w:p>
        </w:tc>
      </w:tr>
      <w:tr w:rsidR="00D22148" w:rsidRPr="00D22148" w14:paraId="5342B88A" w14:textId="77777777" w:rsidTr="00D22148">
        <w:trPr>
          <w:tblCellSpacing w:w="15" w:type="dxa"/>
        </w:trPr>
        <w:tc>
          <w:tcPr>
            <w:tcW w:w="3216" w:type="dxa"/>
            <w:vAlign w:val="center"/>
            <w:hideMark/>
          </w:tcPr>
          <w:p w14:paraId="1C247F78" w14:textId="77777777" w:rsidR="00D22148" w:rsidRPr="00D22148" w:rsidRDefault="00D22148" w:rsidP="00D22148">
            <w:pPr>
              <w:rPr>
                <w:rFonts w:ascii="Arial" w:hAnsi="Arial" w:cs="Arial"/>
                <w:lang w:val="en-AU"/>
              </w:rPr>
            </w:pPr>
            <w:r w:rsidRPr="00D22148">
              <w:rPr>
                <w:rFonts w:ascii="Arial" w:hAnsi="Arial" w:cs="Arial"/>
                <w:lang w:val="en-AU"/>
              </w:rPr>
              <w:t>March–April</w:t>
            </w:r>
          </w:p>
        </w:tc>
        <w:tc>
          <w:tcPr>
            <w:tcW w:w="4632" w:type="dxa"/>
            <w:vAlign w:val="center"/>
            <w:hideMark/>
          </w:tcPr>
          <w:p w14:paraId="3F3AF12A" w14:textId="77777777" w:rsidR="00D22148" w:rsidRPr="00D22148" w:rsidRDefault="00D22148" w:rsidP="00D22148">
            <w:pPr>
              <w:rPr>
                <w:rFonts w:ascii="Arial" w:hAnsi="Arial" w:cs="Arial"/>
                <w:lang w:val="en-AU"/>
              </w:rPr>
            </w:pPr>
            <w:r w:rsidRPr="00D22148">
              <w:rPr>
                <w:rFonts w:ascii="Arial" w:hAnsi="Arial" w:cs="Arial"/>
                <w:lang w:val="en-AU"/>
              </w:rPr>
              <w:t>Recognition and awards</w:t>
            </w:r>
          </w:p>
        </w:tc>
      </w:tr>
      <w:tr w:rsidR="00D22148" w:rsidRPr="00D22148" w14:paraId="23DC2F87" w14:textId="77777777" w:rsidTr="00D22148">
        <w:trPr>
          <w:tblCellSpacing w:w="15" w:type="dxa"/>
        </w:trPr>
        <w:tc>
          <w:tcPr>
            <w:tcW w:w="3216" w:type="dxa"/>
            <w:vAlign w:val="center"/>
            <w:hideMark/>
          </w:tcPr>
          <w:p w14:paraId="41AE6FA2" w14:textId="77777777" w:rsidR="00D22148" w:rsidRPr="00D22148" w:rsidRDefault="00D22148" w:rsidP="00D22148">
            <w:pPr>
              <w:rPr>
                <w:rFonts w:ascii="Arial" w:hAnsi="Arial" w:cs="Arial"/>
                <w:lang w:val="en-AU"/>
              </w:rPr>
            </w:pPr>
            <w:r w:rsidRPr="00D22148">
              <w:rPr>
                <w:rFonts w:ascii="Arial" w:hAnsi="Arial" w:cs="Arial"/>
                <w:lang w:val="en-AU"/>
              </w:rPr>
              <w:t>May–June</w:t>
            </w:r>
          </w:p>
        </w:tc>
        <w:tc>
          <w:tcPr>
            <w:tcW w:w="4632" w:type="dxa"/>
            <w:vAlign w:val="center"/>
            <w:hideMark/>
          </w:tcPr>
          <w:p w14:paraId="5BFD6A19" w14:textId="77777777" w:rsidR="00D22148" w:rsidRPr="00D22148" w:rsidRDefault="00D22148" w:rsidP="00D22148">
            <w:pPr>
              <w:rPr>
                <w:rFonts w:ascii="Arial" w:hAnsi="Arial" w:cs="Arial"/>
                <w:lang w:val="en-AU"/>
              </w:rPr>
            </w:pPr>
            <w:r w:rsidRPr="00D22148">
              <w:rPr>
                <w:rFonts w:ascii="Arial" w:hAnsi="Arial" w:cs="Arial"/>
                <w:lang w:val="en-AU"/>
              </w:rPr>
              <w:t>Review and planning</w:t>
            </w:r>
          </w:p>
        </w:tc>
      </w:tr>
    </w:tbl>
    <w:p w14:paraId="7C749D0F" w14:textId="77777777" w:rsidR="007D62C0" w:rsidRPr="0005441E" w:rsidRDefault="007D62C0" w:rsidP="007B0BC5">
      <w:pPr>
        <w:rPr>
          <w:rFonts w:ascii="Arial" w:hAnsi="Arial" w:cs="Arial"/>
          <w:lang w:val="en-AU"/>
        </w:rPr>
      </w:pPr>
    </w:p>
    <w:p w14:paraId="798F115B" w14:textId="76AB8647" w:rsidR="0005441E" w:rsidRPr="0005441E" w:rsidRDefault="003C07C1" w:rsidP="003C07C1">
      <w:pPr>
        <w:pStyle w:val="ListParagraph"/>
        <w:numPr>
          <w:ilvl w:val="0"/>
          <w:numId w:val="35"/>
        </w:numPr>
        <w:rPr>
          <w:rFonts w:ascii="Arial" w:hAnsi="Arial" w:cs="Arial"/>
          <w:b/>
          <w:bCs/>
          <w:lang w:val="en-AU"/>
        </w:rPr>
      </w:pPr>
      <w:r w:rsidRPr="003C07C1">
        <w:rPr>
          <w:rFonts w:ascii="Arial" w:hAnsi="Arial" w:cs="Arial"/>
          <w:b/>
          <w:bCs/>
        </w:rPr>
        <w:t>Communication Framework</w:t>
      </w:r>
    </w:p>
    <w:p w14:paraId="68A51319" w14:textId="77777777" w:rsidR="003C07C1" w:rsidRPr="003C07C1" w:rsidRDefault="003C07C1" w:rsidP="003C07C1">
      <w:pPr>
        <w:rPr>
          <w:rFonts w:ascii="Arial" w:hAnsi="Arial" w:cs="Arial"/>
          <w:lang w:val="en-AU"/>
        </w:rPr>
      </w:pPr>
      <w:r w:rsidRPr="003C07C1">
        <w:rPr>
          <w:rFonts w:ascii="Arial" w:hAnsi="Arial" w:cs="Arial"/>
          <w:lang w:val="en-AU"/>
        </w:rPr>
        <w:t>Effective communication is essential to creating an engaged, supported and connected volunteer community at Wollongong District Cricket Club (WDCC). Clear and consistent communication ensures volunteers understand their roles, receive the support they need and remain aligned with the Club’s values and objectives.</w:t>
      </w:r>
    </w:p>
    <w:p w14:paraId="1FDAA46A" w14:textId="77777777" w:rsidR="003C07C1" w:rsidRPr="003C07C1" w:rsidRDefault="003C07C1" w:rsidP="003C07C1">
      <w:pPr>
        <w:rPr>
          <w:rFonts w:ascii="Arial" w:hAnsi="Arial" w:cs="Arial"/>
          <w:lang w:val="en-AU"/>
        </w:rPr>
      </w:pPr>
      <w:r w:rsidRPr="003C07C1">
        <w:rPr>
          <w:rFonts w:ascii="Arial" w:hAnsi="Arial" w:cs="Arial"/>
          <w:lang w:val="en-AU"/>
        </w:rPr>
        <w:t>WDCC will promote communication that is:</w:t>
      </w:r>
    </w:p>
    <w:p w14:paraId="21E2336D" w14:textId="77777777" w:rsidR="003C07C1" w:rsidRPr="003C07C1" w:rsidRDefault="003C07C1" w:rsidP="003C07C1">
      <w:pPr>
        <w:numPr>
          <w:ilvl w:val="0"/>
          <w:numId w:val="30"/>
        </w:numPr>
        <w:rPr>
          <w:rFonts w:ascii="Arial" w:hAnsi="Arial" w:cs="Arial"/>
          <w:lang w:val="en-AU"/>
        </w:rPr>
      </w:pPr>
      <w:r w:rsidRPr="003C07C1">
        <w:rPr>
          <w:rFonts w:ascii="Arial" w:hAnsi="Arial" w:cs="Arial"/>
          <w:b/>
          <w:bCs/>
          <w:lang w:val="en-AU"/>
        </w:rPr>
        <w:t>Clear and timely</w:t>
      </w:r>
      <w:r w:rsidRPr="003C07C1">
        <w:rPr>
          <w:rFonts w:ascii="Arial" w:hAnsi="Arial" w:cs="Arial"/>
          <w:lang w:val="en-AU"/>
        </w:rPr>
        <w:t xml:space="preserve"> – providing volunteers with relevant information, expectations and updates when required.</w:t>
      </w:r>
    </w:p>
    <w:p w14:paraId="7DDBA9EC" w14:textId="77777777" w:rsidR="003C07C1" w:rsidRPr="003C07C1" w:rsidRDefault="003C07C1" w:rsidP="003C07C1">
      <w:pPr>
        <w:numPr>
          <w:ilvl w:val="0"/>
          <w:numId w:val="30"/>
        </w:numPr>
        <w:rPr>
          <w:rFonts w:ascii="Arial" w:hAnsi="Arial" w:cs="Arial"/>
          <w:lang w:val="en-AU"/>
        </w:rPr>
      </w:pPr>
      <w:r w:rsidRPr="003C07C1">
        <w:rPr>
          <w:rFonts w:ascii="Arial" w:hAnsi="Arial" w:cs="Arial"/>
          <w:b/>
          <w:bCs/>
          <w:lang w:val="en-AU"/>
        </w:rPr>
        <w:t>Respectful and inclusive</w:t>
      </w:r>
      <w:r w:rsidRPr="003C07C1">
        <w:rPr>
          <w:rFonts w:ascii="Arial" w:hAnsi="Arial" w:cs="Arial"/>
          <w:lang w:val="en-AU"/>
        </w:rPr>
        <w:t xml:space="preserve"> – ensuring all volunteers feel valued, heard and connected.</w:t>
      </w:r>
    </w:p>
    <w:p w14:paraId="6F12ADF4" w14:textId="77777777" w:rsidR="003C07C1" w:rsidRPr="003C07C1" w:rsidRDefault="003C07C1" w:rsidP="003C07C1">
      <w:pPr>
        <w:numPr>
          <w:ilvl w:val="0"/>
          <w:numId w:val="30"/>
        </w:numPr>
        <w:rPr>
          <w:rFonts w:ascii="Arial" w:hAnsi="Arial" w:cs="Arial"/>
          <w:lang w:val="en-AU"/>
        </w:rPr>
      </w:pPr>
      <w:r w:rsidRPr="003C07C1">
        <w:rPr>
          <w:rFonts w:ascii="Arial" w:hAnsi="Arial" w:cs="Arial"/>
          <w:b/>
          <w:bCs/>
          <w:lang w:val="en-AU"/>
        </w:rPr>
        <w:t>Two-way</w:t>
      </w:r>
      <w:r w:rsidRPr="003C07C1">
        <w:rPr>
          <w:rFonts w:ascii="Arial" w:hAnsi="Arial" w:cs="Arial"/>
          <w:lang w:val="en-AU"/>
        </w:rPr>
        <w:t xml:space="preserve"> – encouraging feedback, ideas and open discussion to support continuous improvement.</w:t>
      </w:r>
    </w:p>
    <w:p w14:paraId="3AA86725" w14:textId="77777777" w:rsidR="003C07C1" w:rsidRPr="003C07C1" w:rsidRDefault="003C07C1" w:rsidP="003C07C1">
      <w:pPr>
        <w:rPr>
          <w:rFonts w:ascii="Arial" w:hAnsi="Arial" w:cs="Arial"/>
          <w:lang w:val="en-AU"/>
        </w:rPr>
      </w:pPr>
      <w:r w:rsidRPr="003C07C1">
        <w:rPr>
          <w:rFonts w:ascii="Arial" w:hAnsi="Arial" w:cs="Arial"/>
          <w:lang w:val="en-AU"/>
        </w:rPr>
        <w:t>Communication with volunteers will occur through appropriate channels including email, the Club website, team communication platforms, meetings, social media and face-to-face discussions.</w:t>
      </w:r>
    </w:p>
    <w:p w14:paraId="6989D9DE" w14:textId="77777777" w:rsidR="003C07C1" w:rsidRPr="003C07C1" w:rsidRDefault="003C07C1" w:rsidP="003C07C1">
      <w:pPr>
        <w:rPr>
          <w:rFonts w:ascii="Arial" w:hAnsi="Arial" w:cs="Arial"/>
          <w:lang w:val="en-AU"/>
        </w:rPr>
      </w:pPr>
      <w:r w:rsidRPr="003C07C1">
        <w:rPr>
          <w:rFonts w:ascii="Arial" w:hAnsi="Arial" w:cs="Arial"/>
          <w:lang w:val="en-AU"/>
        </w:rPr>
        <w:t>Volunteers are encouraged to ask questions, provide feedback and raise concerns through the appropriate Club representatives. Club leaders and coordinators are responsible for ensuring volunteers receive the information, guidance and support required to perform their roles effectively.</w:t>
      </w:r>
    </w:p>
    <w:p w14:paraId="7DA82D71" w14:textId="2743D0BB" w:rsidR="00FD6AE1" w:rsidRPr="007530DA" w:rsidRDefault="003C07C1" w:rsidP="007B0BC5">
      <w:pPr>
        <w:rPr>
          <w:rFonts w:ascii="Arial" w:hAnsi="Arial" w:cs="Arial"/>
          <w:lang w:val="en-AU"/>
        </w:rPr>
      </w:pPr>
      <w:r w:rsidRPr="003C07C1">
        <w:rPr>
          <w:rFonts w:ascii="Arial" w:hAnsi="Arial" w:cs="Arial"/>
          <w:lang w:val="en-AU"/>
        </w:rPr>
        <w:lastRenderedPageBreak/>
        <w:t>WDCC will also use communication channels to recognise volunteer contributions, celebrate achievements and strengthen the sense of community that makes the Club successful.</w:t>
      </w:r>
    </w:p>
    <w:p w14:paraId="34A9562C" w14:textId="77777777" w:rsidR="003C07C1" w:rsidRPr="003C07C1" w:rsidRDefault="003C07C1" w:rsidP="003C07C1">
      <w:pPr>
        <w:pStyle w:val="ListParagraph"/>
        <w:numPr>
          <w:ilvl w:val="0"/>
          <w:numId w:val="35"/>
        </w:numPr>
        <w:rPr>
          <w:rFonts w:ascii="Arial" w:hAnsi="Arial" w:cs="Arial"/>
          <w:b/>
          <w:bCs/>
          <w:lang w:val="en-AU"/>
        </w:rPr>
      </w:pPr>
      <w:r w:rsidRPr="003C07C1">
        <w:rPr>
          <w:rFonts w:ascii="Arial" w:hAnsi="Arial" w:cs="Arial"/>
          <w:b/>
          <w:bCs/>
          <w:lang w:val="en-AU"/>
        </w:rPr>
        <w:t>Volunteer Code of Conduct</w:t>
      </w:r>
    </w:p>
    <w:p w14:paraId="5F5BB358" w14:textId="1CEC27A0" w:rsidR="003C07C1" w:rsidRPr="003C07C1" w:rsidRDefault="003C07C1" w:rsidP="003C07C1">
      <w:pPr>
        <w:rPr>
          <w:rFonts w:ascii="Arial" w:hAnsi="Arial" w:cs="Arial"/>
          <w:lang w:val="en-AU"/>
        </w:rPr>
      </w:pPr>
      <w:r w:rsidRPr="003C07C1">
        <w:rPr>
          <w:rFonts w:ascii="Arial" w:hAnsi="Arial" w:cs="Arial"/>
          <w:lang w:val="en-AU"/>
        </w:rPr>
        <w:t xml:space="preserve">Volunteers are an essential part of WDCC, helping deliver positive cricket experiences for players, families and the wider community. All volunteers are expected to uphold the Club’s values of </w:t>
      </w:r>
      <w:r w:rsidRPr="003C07C1">
        <w:rPr>
          <w:rFonts w:ascii="Arial" w:hAnsi="Arial" w:cs="Arial"/>
          <w:b/>
          <w:bCs/>
          <w:lang w:val="en-AU"/>
        </w:rPr>
        <w:t>Ambitious, Inclusive and Courageous</w:t>
      </w:r>
      <w:r w:rsidRPr="003C07C1">
        <w:rPr>
          <w:rFonts w:ascii="Arial" w:hAnsi="Arial" w:cs="Arial"/>
          <w:lang w:val="en-AU"/>
        </w:rPr>
        <w:t xml:space="preserve"> and contribute to a safe, welcoming and respectful environment.</w:t>
      </w:r>
    </w:p>
    <w:p w14:paraId="5BFC1D3F" w14:textId="77777777" w:rsidR="003C07C1" w:rsidRPr="003C07C1" w:rsidRDefault="003C07C1" w:rsidP="003C07C1">
      <w:pPr>
        <w:rPr>
          <w:rFonts w:ascii="Arial" w:hAnsi="Arial" w:cs="Arial"/>
          <w:lang w:val="en-AU"/>
        </w:rPr>
      </w:pPr>
      <w:r w:rsidRPr="003C07C1">
        <w:rPr>
          <w:rFonts w:ascii="Arial" w:hAnsi="Arial" w:cs="Arial"/>
          <w:lang w:val="en-AU"/>
        </w:rPr>
        <w:t>By volunteering with WDCC, volunteers agree to:</w:t>
      </w:r>
    </w:p>
    <w:p w14:paraId="71FAD166" w14:textId="77777777" w:rsidR="003C07C1" w:rsidRPr="003C07C1" w:rsidRDefault="003C07C1" w:rsidP="003C07C1">
      <w:pPr>
        <w:numPr>
          <w:ilvl w:val="0"/>
          <w:numId w:val="29"/>
        </w:numPr>
        <w:rPr>
          <w:rFonts w:ascii="Arial" w:hAnsi="Arial" w:cs="Arial"/>
          <w:lang w:val="en-AU"/>
        </w:rPr>
      </w:pPr>
      <w:r w:rsidRPr="003C07C1">
        <w:rPr>
          <w:rFonts w:ascii="Arial" w:hAnsi="Arial" w:cs="Arial"/>
          <w:lang w:val="en-AU"/>
        </w:rPr>
        <w:t>Treat all players, coaches, officials, parents, spectators and fellow volunteers with respect, fairness and dignity.</w:t>
      </w:r>
    </w:p>
    <w:p w14:paraId="3E403C40" w14:textId="77777777" w:rsidR="003C07C1" w:rsidRPr="003C07C1" w:rsidRDefault="003C07C1" w:rsidP="003C07C1">
      <w:pPr>
        <w:numPr>
          <w:ilvl w:val="0"/>
          <w:numId w:val="29"/>
        </w:numPr>
        <w:rPr>
          <w:rFonts w:ascii="Arial" w:hAnsi="Arial" w:cs="Arial"/>
          <w:lang w:val="en-AU"/>
        </w:rPr>
      </w:pPr>
      <w:r w:rsidRPr="003C07C1">
        <w:rPr>
          <w:rFonts w:ascii="Arial" w:hAnsi="Arial" w:cs="Arial"/>
          <w:lang w:val="en-AU"/>
        </w:rPr>
        <w:t>Act as positive role models and demonstrate integrity, honesty and professionalism in all Club activities.</w:t>
      </w:r>
    </w:p>
    <w:p w14:paraId="41544961" w14:textId="77777777" w:rsidR="003C07C1" w:rsidRPr="003C07C1" w:rsidRDefault="003C07C1" w:rsidP="003C07C1">
      <w:pPr>
        <w:numPr>
          <w:ilvl w:val="0"/>
          <w:numId w:val="29"/>
        </w:numPr>
        <w:rPr>
          <w:rFonts w:ascii="Arial" w:hAnsi="Arial" w:cs="Arial"/>
          <w:lang w:val="en-AU"/>
        </w:rPr>
      </w:pPr>
      <w:r w:rsidRPr="003C07C1">
        <w:rPr>
          <w:rFonts w:ascii="Arial" w:hAnsi="Arial" w:cs="Arial"/>
          <w:lang w:val="en-AU"/>
        </w:rPr>
        <w:t>Support an inclusive environment where everyone feels valued and welcome, regardless of age, gender, ability, background or experience.</w:t>
      </w:r>
    </w:p>
    <w:p w14:paraId="598FD7D1" w14:textId="77777777" w:rsidR="003C07C1" w:rsidRPr="003C07C1" w:rsidRDefault="003C07C1" w:rsidP="003C07C1">
      <w:pPr>
        <w:numPr>
          <w:ilvl w:val="0"/>
          <w:numId w:val="29"/>
        </w:numPr>
        <w:rPr>
          <w:rFonts w:ascii="Arial" w:hAnsi="Arial" w:cs="Arial"/>
          <w:lang w:val="en-AU"/>
        </w:rPr>
      </w:pPr>
      <w:r w:rsidRPr="003C07C1">
        <w:rPr>
          <w:rFonts w:ascii="Arial" w:hAnsi="Arial" w:cs="Arial"/>
          <w:lang w:val="en-AU"/>
        </w:rPr>
        <w:t>Prioritise the safety, wellbeing and enjoyment of all participants, particularly children and young people, and follow all WDCC, Cricket NSW and Cricket Australia policies and procedures.</w:t>
      </w:r>
    </w:p>
    <w:p w14:paraId="7E5754FF" w14:textId="77777777" w:rsidR="003C07C1" w:rsidRPr="003C07C1" w:rsidRDefault="003C07C1" w:rsidP="003C07C1">
      <w:pPr>
        <w:numPr>
          <w:ilvl w:val="0"/>
          <w:numId w:val="29"/>
        </w:numPr>
        <w:rPr>
          <w:rFonts w:ascii="Arial" w:hAnsi="Arial" w:cs="Arial"/>
          <w:lang w:val="en-AU"/>
        </w:rPr>
      </w:pPr>
      <w:r w:rsidRPr="003C07C1">
        <w:rPr>
          <w:rFonts w:ascii="Arial" w:hAnsi="Arial" w:cs="Arial"/>
          <w:lang w:val="en-AU"/>
        </w:rPr>
        <w:t>Communicate respectfully, work collaboratively and contribute positively to the Club culture.</w:t>
      </w:r>
    </w:p>
    <w:p w14:paraId="7764C64D" w14:textId="77777777" w:rsidR="003C07C1" w:rsidRPr="003C07C1" w:rsidRDefault="003C07C1" w:rsidP="003C07C1">
      <w:pPr>
        <w:numPr>
          <w:ilvl w:val="0"/>
          <w:numId w:val="29"/>
        </w:numPr>
        <w:rPr>
          <w:rFonts w:ascii="Arial" w:hAnsi="Arial" w:cs="Arial"/>
          <w:lang w:val="en-AU"/>
        </w:rPr>
      </w:pPr>
      <w:r w:rsidRPr="003C07C1">
        <w:rPr>
          <w:rFonts w:ascii="Arial" w:hAnsi="Arial" w:cs="Arial"/>
          <w:lang w:val="en-AU"/>
        </w:rPr>
        <w:t>Be reliable, prepared and responsible when undertaking volunteer duties, including the appropriate use of Club facilities, equipment and resources.</w:t>
      </w:r>
    </w:p>
    <w:p w14:paraId="701867FD" w14:textId="77777777" w:rsidR="003C07C1" w:rsidRPr="003C07C1" w:rsidRDefault="003C07C1" w:rsidP="003C07C1">
      <w:pPr>
        <w:numPr>
          <w:ilvl w:val="0"/>
          <w:numId w:val="29"/>
        </w:numPr>
        <w:rPr>
          <w:rFonts w:ascii="Arial" w:hAnsi="Arial" w:cs="Arial"/>
          <w:lang w:val="en-AU"/>
        </w:rPr>
      </w:pPr>
      <w:r w:rsidRPr="003C07C1">
        <w:rPr>
          <w:rFonts w:ascii="Arial" w:hAnsi="Arial" w:cs="Arial"/>
          <w:lang w:val="en-AU"/>
        </w:rPr>
        <w:t>Maintain appropriate boundaries, protect member privacy and treat confidential information responsibly.</w:t>
      </w:r>
    </w:p>
    <w:p w14:paraId="735A4407" w14:textId="77777777" w:rsidR="003C07C1" w:rsidRPr="003C07C1" w:rsidRDefault="003C07C1" w:rsidP="003C07C1">
      <w:pPr>
        <w:numPr>
          <w:ilvl w:val="0"/>
          <w:numId w:val="29"/>
        </w:numPr>
        <w:rPr>
          <w:rFonts w:ascii="Arial" w:hAnsi="Arial" w:cs="Arial"/>
          <w:lang w:val="en-AU"/>
        </w:rPr>
      </w:pPr>
      <w:r w:rsidRPr="003C07C1">
        <w:rPr>
          <w:rFonts w:ascii="Arial" w:hAnsi="Arial" w:cs="Arial"/>
          <w:lang w:val="en-AU"/>
        </w:rPr>
        <w:t>Raise concerns, provide feedback constructively and support continuous improvement across the Club.</w:t>
      </w:r>
    </w:p>
    <w:p w14:paraId="68F0A8C4" w14:textId="77777777" w:rsidR="003C07C1" w:rsidRPr="003C07C1" w:rsidRDefault="003C07C1" w:rsidP="003C07C1">
      <w:pPr>
        <w:rPr>
          <w:rFonts w:ascii="Arial" w:hAnsi="Arial" w:cs="Arial"/>
          <w:lang w:val="en-AU"/>
        </w:rPr>
      </w:pPr>
      <w:r w:rsidRPr="003C07C1">
        <w:rPr>
          <w:rFonts w:ascii="Arial" w:hAnsi="Arial" w:cs="Arial"/>
          <w:lang w:val="en-AU"/>
        </w:rPr>
        <w:t>Volunteers must not engage in behaviour that is unsafe, discriminatory, disrespectful, inappropriate or harmful to others. Any concerns or breaches of this Code will be managed in accordance with WDCC policies and relevant governing body requirements.</w:t>
      </w:r>
    </w:p>
    <w:p w14:paraId="73875A84" w14:textId="77777777" w:rsidR="003C07C1" w:rsidRDefault="003C07C1" w:rsidP="003C07C1">
      <w:pPr>
        <w:rPr>
          <w:rFonts w:ascii="Arial" w:hAnsi="Arial" w:cs="Arial"/>
          <w:lang w:val="en-AU"/>
        </w:rPr>
      </w:pPr>
      <w:r w:rsidRPr="003C07C1">
        <w:rPr>
          <w:rFonts w:ascii="Arial" w:hAnsi="Arial" w:cs="Arial"/>
          <w:lang w:val="en-AU"/>
        </w:rPr>
        <w:t>WDCC recognises and values the commitment of its volunteers. By following this Code of Conduct, every volunteer helps strengthen our Club community and create a positive cricket environment for all.</w:t>
      </w:r>
    </w:p>
    <w:p w14:paraId="574150A2" w14:textId="77777777" w:rsidR="00EE3BB4" w:rsidRDefault="00EE3BB4" w:rsidP="003C07C1">
      <w:pPr>
        <w:rPr>
          <w:rFonts w:ascii="Arial" w:hAnsi="Arial" w:cs="Arial"/>
          <w:lang w:val="en-AU"/>
        </w:rPr>
      </w:pPr>
    </w:p>
    <w:p w14:paraId="64D2C6F0" w14:textId="77777777" w:rsidR="00EE3BB4" w:rsidRPr="003C07C1" w:rsidRDefault="00EE3BB4" w:rsidP="003C07C1">
      <w:pPr>
        <w:rPr>
          <w:rFonts w:ascii="Arial" w:hAnsi="Arial" w:cs="Arial"/>
          <w:lang w:val="en-AU"/>
        </w:rPr>
      </w:pPr>
    </w:p>
    <w:p w14:paraId="70E099C0" w14:textId="77777777" w:rsidR="003C07C1" w:rsidRPr="003C07C1" w:rsidRDefault="003C07C1" w:rsidP="003C07C1">
      <w:pPr>
        <w:pStyle w:val="ListParagraph"/>
        <w:numPr>
          <w:ilvl w:val="0"/>
          <w:numId w:val="35"/>
        </w:numPr>
        <w:rPr>
          <w:rFonts w:ascii="Arial" w:hAnsi="Arial" w:cs="Arial"/>
          <w:b/>
          <w:bCs/>
          <w:lang w:val="en-AU"/>
        </w:rPr>
      </w:pPr>
      <w:r w:rsidRPr="003C07C1">
        <w:rPr>
          <w:rFonts w:ascii="Arial" w:hAnsi="Arial" w:cs="Arial"/>
          <w:b/>
          <w:bCs/>
          <w:lang w:val="en-AU"/>
        </w:rPr>
        <w:lastRenderedPageBreak/>
        <w:t>Complaints and Conflict Resolution</w:t>
      </w:r>
    </w:p>
    <w:p w14:paraId="73774838" w14:textId="77777777" w:rsidR="003C07C1" w:rsidRPr="003C07C1" w:rsidRDefault="003C07C1" w:rsidP="003C07C1">
      <w:pPr>
        <w:rPr>
          <w:rFonts w:ascii="Arial" w:hAnsi="Arial" w:cs="Arial"/>
          <w:lang w:val="en-AU"/>
        </w:rPr>
      </w:pPr>
      <w:r w:rsidRPr="003C07C1">
        <w:rPr>
          <w:rFonts w:ascii="Arial" w:hAnsi="Arial" w:cs="Arial"/>
          <w:lang w:val="en-AU"/>
        </w:rPr>
        <w:t>WDCC is committed to maintaining a positive, respectful and inclusive environment for all volunteers, players, families and members. The Club recognises that concerns and conflicts may occasionally arise and will seek to resolve them in a fair, timely and constructive manner.</w:t>
      </w:r>
    </w:p>
    <w:p w14:paraId="421A74B8" w14:textId="77777777" w:rsidR="003C07C1" w:rsidRPr="003C07C1" w:rsidRDefault="003C07C1" w:rsidP="003C07C1">
      <w:pPr>
        <w:rPr>
          <w:rFonts w:ascii="Arial" w:hAnsi="Arial" w:cs="Arial"/>
          <w:lang w:val="en-AU"/>
        </w:rPr>
      </w:pPr>
      <w:r w:rsidRPr="003C07C1">
        <w:rPr>
          <w:rFonts w:ascii="Arial" w:hAnsi="Arial" w:cs="Arial"/>
          <w:lang w:val="en-AU"/>
        </w:rPr>
        <w:t>Volunteers are encouraged to raise concerns early through the appropriate Club representative or coordinator. All complaints will be treated seriously, handled respectfully and managed in accordance with WDCC policies and relevant Cricket NSW and Cricket Australia guidelines.</w:t>
      </w:r>
    </w:p>
    <w:p w14:paraId="0BFC91BC" w14:textId="77777777" w:rsidR="003C07C1" w:rsidRPr="003C07C1" w:rsidRDefault="003C07C1" w:rsidP="003C07C1">
      <w:pPr>
        <w:rPr>
          <w:rFonts w:ascii="Arial" w:hAnsi="Arial" w:cs="Arial"/>
          <w:lang w:val="en-AU"/>
        </w:rPr>
      </w:pPr>
      <w:r w:rsidRPr="003C07C1">
        <w:rPr>
          <w:rFonts w:ascii="Arial" w:hAnsi="Arial" w:cs="Arial"/>
          <w:lang w:val="en-AU"/>
        </w:rPr>
        <w:t>The Club will aim to resolve issues through open communication, active listening and collaborative problem-solving. Where appropriate, all parties involved will be supported to reach a fair outcome while maintaining confidentiality and respect.</w:t>
      </w:r>
    </w:p>
    <w:p w14:paraId="736F996F" w14:textId="77777777" w:rsidR="003C07C1" w:rsidRPr="003C07C1" w:rsidRDefault="003C07C1" w:rsidP="003C07C1">
      <w:pPr>
        <w:rPr>
          <w:rFonts w:ascii="Arial" w:hAnsi="Arial" w:cs="Arial"/>
          <w:lang w:val="en-AU"/>
        </w:rPr>
      </w:pPr>
      <w:r w:rsidRPr="003C07C1">
        <w:rPr>
          <w:rFonts w:ascii="Arial" w:hAnsi="Arial" w:cs="Arial"/>
          <w:lang w:val="en-AU"/>
        </w:rPr>
        <w:t>Unacceptable behaviour, including bullying, harassment, discrimination or breaches of the Volunteer Code of Conduct, will be addressed through the Club’s established processes to ensure the safety and wellbeing of all members.</w:t>
      </w:r>
    </w:p>
    <w:p w14:paraId="7F24C6C9" w14:textId="77777777" w:rsidR="003C07C1" w:rsidRPr="003C07C1" w:rsidRDefault="003C07C1" w:rsidP="003C07C1">
      <w:pPr>
        <w:pStyle w:val="ListParagraph"/>
        <w:numPr>
          <w:ilvl w:val="0"/>
          <w:numId w:val="35"/>
        </w:numPr>
        <w:rPr>
          <w:rFonts w:ascii="Arial" w:hAnsi="Arial" w:cs="Arial"/>
          <w:b/>
          <w:bCs/>
          <w:lang w:val="en-AU"/>
        </w:rPr>
      </w:pPr>
      <w:r w:rsidRPr="003C07C1">
        <w:rPr>
          <w:rFonts w:ascii="Arial" w:hAnsi="Arial" w:cs="Arial"/>
          <w:b/>
          <w:bCs/>
          <w:lang w:val="en-AU"/>
        </w:rPr>
        <w:t>Volunteer Exit Process</w:t>
      </w:r>
    </w:p>
    <w:p w14:paraId="40EB07D4" w14:textId="77777777" w:rsidR="003C07C1" w:rsidRPr="003C07C1" w:rsidRDefault="003C07C1" w:rsidP="003C07C1">
      <w:pPr>
        <w:rPr>
          <w:rFonts w:ascii="Arial" w:hAnsi="Arial" w:cs="Arial"/>
          <w:lang w:val="en-AU"/>
        </w:rPr>
      </w:pPr>
      <w:r w:rsidRPr="003C07C1">
        <w:rPr>
          <w:rFonts w:ascii="Arial" w:hAnsi="Arial" w:cs="Arial"/>
          <w:lang w:val="en-AU"/>
        </w:rPr>
        <w:t>WDCC recognises that volunteers may finish their involvement with the Club for a variety of reasons, including changes in personal circumstances, time commitments or the completion of a role. A positive and respectful exit process ensures volunteers leave with a valued connection to the Club.</w:t>
      </w:r>
    </w:p>
    <w:p w14:paraId="13981EC5" w14:textId="77777777" w:rsidR="003C07C1" w:rsidRPr="003C07C1" w:rsidRDefault="003C07C1" w:rsidP="003C07C1">
      <w:pPr>
        <w:rPr>
          <w:rFonts w:ascii="Arial" w:hAnsi="Arial" w:cs="Arial"/>
          <w:lang w:val="en-AU"/>
        </w:rPr>
      </w:pPr>
      <w:r w:rsidRPr="003C07C1">
        <w:rPr>
          <w:rFonts w:ascii="Arial" w:hAnsi="Arial" w:cs="Arial"/>
          <w:lang w:val="en-AU"/>
        </w:rPr>
        <w:t>When a volunteer steps down, WDCC will aim to:</w:t>
      </w:r>
    </w:p>
    <w:p w14:paraId="4DE11B5F" w14:textId="77777777" w:rsidR="003C07C1" w:rsidRPr="003C07C1" w:rsidRDefault="003C07C1" w:rsidP="003C07C1">
      <w:pPr>
        <w:numPr>
          <w:ilvl w:val="0"/>
          <w:numId w:val="31"/>
        </w:numPr>
        <w:rPr>
          <w:rFonts w:ascii="Arial" w:hAnsi="Arial" w:cs="Arial"/>
          <w:lang w:val="en-AU"/>
        </w:rPr>
      </w:pPr>
      <w:r w:rsidRPr="003C07C1">
        <w:rPr>
          <w:rFonts w:ascii="Arial" w:hAnsi="Arial" w:cs="Arial"/>
          <w:lang w:val="en-AU"/>
        </w:rPr>
        <w:t>Thank and recognise the volunteer for their contribution and commitment to the Club.</w:t>
      </w:r>
    </w:p>
    <w:p w14:paraId="4FE3E101" w14:textId="77777777" w:rsidR="003C07C1" w:rsidRPr="003C07C1" w:rsidRDefault="003C07C1" w:rsidP="003C07C1">
      <w:pPr>
        <w:numPr>
          <w:ilvl w:val="0"/>
          <w:numId w:val="31"/>
        </w:numPr>
        <w:rPr>
          <w:rFonts w:ascii="Arial" w:hAnsi="Arial" w:cs="Arial"/>
          <w:lang w:val="en-AU"/>
        </w:rPr>
      </w:pPr>
      <w:r w:rsidRPr="003C07C1">
        <w:rPr>
          <w:rFonts w:ascii="Arial" w:hAnsi="Arial" w:cs="Arial"/>
          <w:lang w:val="en-AU"/>
        </w:rPr>
        <w:t>Confirm the completion of responsibilities and ensure any relevant information, equipment or resources are handed over.</w:t>
      </w:r>
    </w:p>
    <w:p w14:paraId="743BC6DD" w14:textId="77777777" w:rsidR="003C07C1" w:rsidRPr="003C07C1" w:rsidRDefault="003C07C1" w:rsidP="003C07C1">
      <w:pPr>
        <w:numPr>
          <w:ilvl w:val="0"/>
          <w:numId w:val="31"/>
        </w:numPr>
        <w:rPr>
          <w:rFonts w:ascii="Arial" w:hAnsi="Arial" w:cs="Arial"/>
          <w:lang w:val="en-AU"/>
        </w:rPr>
      </w:pPr>
      <w:r w:rsidRPr="003C07C1">
        <w:rPr>
          <w:rFonts w:ascii="Arial" w:hAnsi="Arial" w:cs="Arial"/>
          <w:lang w:val="en-AU"/>
        </w:rPr>
        <w:t>Capture feedback and suggestions to improve the volunteer experience and future processes.</w:t>
      </w:r>
    </w:p>
    <w:p w14:paraId="344914E1" w14:textId="77777777" w:rsidR="003C07C1" w:rsidRPr="003C07C1" w:rsidRDefault="003C07C1" w:rsidP="003C07C1">
      <w:pPr>
        <w:numPr>
          <w:ilvl w:val="0"/>
          <w:numId w:val="31"/>
        </w:numPr>
        <w:rPr>
          <w:rFonts w:ascii="Arial" w:hAnsi="Arial" w:cs="Arial"/>
          <w:lang w:val="en-AU"/>
        </w:rPr>
      </w:pPr>
      <w:r w:rsidRPr="003C07C1">
        <w:rPr>
          <w:rFonts w:ascii="Arial" w:hAnsi="Arial" w:cs="Arial"/>
          <w:lang w:val="en-AU"/>
        </w:rPr>
        <w:t>Identify opportunities for knowledge transfer and succession planning where appropriate.</w:t>
      </w:r>
    </w:p>
    <w:p w14:paraId="72B2DAAB" w14:textId="77777777" w:rsidR="003C07C1" w:rsidRPr="003C07C1" w:rsidRDefault="003C07C1" w:rsidP="003C07C1">
      <w:pPr>
        <w:numPr>
          <w:ilvl w:val="0"/>
          <w:numId w:val="31"/>
        </w:numPr>
        <w:rPr>
          <w:rFonts w:ascii="Arial" w:hAnsi="Arial" w:cs="Arial"/>
          <w:lang w:val="en-AU"/>
        </w:rPr>
      </w:pPr>
      <w:r w:rsidRPr="003C07C1">
        <w:rPr>
          <w:rFonts w:ascii="Arial" w:hAnsi="Arial" w:cs="Arial"/>
          <w:lang w:val="en-AU"/>
        </w:rPr>
        <w:t>Maintain positive relationships and encourage former volunteers to remain connected with the WDCC community.</w:t>
      </w:r>
    </w:p>
    <w:p w14:paraId="527BD7A4" w14:textId="77777777" w:rsidR="003C07C1" w:rsidRDefault="003C07C1" w:rsidP="003C07C1">
      <w:pPr>
        <w:rPr>
          <w:rFonts w:ascii="Arial" w:hAnsi="Arial" w:cs="Arial"/>
          <w:lang w:val="en-AU"/>
        </w:rPr>
      </w:pPr>
      <w:r w:rsidRPr="003C07C1">
        <w:rPr>
          <w:rFonts w:ascii="Arial" w:hAnsi="Arial" w:cs="Arial"/>
          <w:lang w:val="en-AU"/>
        </w:rPr>
        <w:t>All volunteer exits will be handled respectfully, confidentially and in line with Club policies. The Club values the contribution of every volunteer and acknowledges the important role they play in supporting the ongoing success of WDCC.</w:t>
      </w:r>
    </w:p>
    <w:p w14:paraId="03461910" w14:textId="77777777" w:rsidR="00EE3BB4" w:rsidRDefault="00EE3BB4" w:rsidP="003C07C1">
      <w:pPr>
        <w:rPr>
          <w:rFonts w:ascii="Arial" w:hAnsi="Arial" w:cs="Arial"/>
          <w:lang w:val="en-AU"/>
        </w:rPr>
      </w:pPr>
    </w:p>
    <w:p w14:paraId="27F670FB" w14:textId="77777777" w:rsidR="00EE3BB4" w:rsidRPr="003C07C1" w:rsidRDefault="00EE3BB4" w:rsidP="003C07C1">
      <w:pPr>
        <w:rPr>
          <w:rFonts w:ascii="Arial" w:hAnsi="Arial" w:cs="Arial"/>
          <w:lang w:val="en-AU"/>
        </w:rPr>
      </w:pPr>
    </w:p>
    <w:p w14:paraId="54AA6322" w14:textId="77777777" w:rsidR="003C07C1" w:rsidRPr="003C07C1" w:rsidRDefault="003C07C1" w:rsidP="003C07C1">
      <w:pPr>
        <w:pStyle w:val="ListParagraph"/>
        <w:numPr>
          <w:ilvl w:val="0"/>
          <w:numId w:val="35"/>
        </w:numPr>
        <w:rPr>
          <w:rFonts w:ascii="Arial" w:hAnsi="Arial" w:cs="Arial"/>
          <w:b/>
          <w:bCs/>
          <w:lang w:val="en-AU"/>
        </w:rPr>
      </w:pPr>
      <w:r w:rsidRPr="003C07C1">
        <w:rPr>
          <w:rFonts w:ascii="Arial" w:hAnsi="Arial" w:cs="Arial"/>
          <w:b/>
          <w:bCs/>
          <w:lang w:val="en-AU"/>
        </w:rPr>
        <w:t>Volunteer Records &amp; Privacy</w:t>
      </w:r>
    </w:p>
    <w:p w14:paraId="27A9F9AD" w14:textId="77777777" w:rsidR="003C07C1" w:rsidRPr="003C07C1" w:rsidRDefault="003C07C1" w:rsidP="003C07C1">
      <w:pPr>
        <w:rPr>
          <w:rFonts w:ascii="Arial" w:hAnsi="Arial" w:cs="Arial"/>
          <w:lang w:val="en-AU"/>
        </w:rPr>
      </w:pPr>
      <w:r w:rsidRPr="003C07C1">
        <w:rPr>
          <w:rFonts w:ascii="Arial" w:hAnsi="Arial" w:cs="Arial"/>
          <w:lang w:val="en-AU"/>
        </w:rPr>
        <w:t>WDCC is committed to maintaining accurate volunteer records while protecting the privacy and personal information of all volunteers. Volunteer information is collected and managed to support effective communication, role allocation, training, compliance requirements and volunteer recognition.</w:t>
      </w:r>
    </w:p>
    <w:p w14:paraId="3EDC3205" w14:textId="77777777" w:rsidR="003C07C1" w:rsidRPr="003C07C1" w:rsidRDefault="003C07C1" w:rsidP="003C07C1">
      <w:pPr>
        <w:rPr>
          <w:rFonts w:ascii="Arial" w:hAnsi="Arial" w:cs="Arial"/>
          <w:lang w:val="en-AU"/>
        </w:rPr>
      </w:pPr>
      <w:r w:rsidRPr="003C07C1">
        <w:rPr>
          <w:rFonts w:ascii="Arial" w:hAnsi="Arial" w:cs="Arial"/>
          <w:lang w:val="en-AU"/>
        </w:rPr>
        <w:t>Volunteer records may include contact details, role information, training records, Working with Children Check (WWCC) details where required, and other relevant information necessary to support Club operations.</w:t>
      </w:r>
    </w:p>
    <w:p w14:paraId="2077D14B" w14:textId="77777777" w:rsidR="003C07C1" w:rsidRPr="003C07C1" w:rsidRDefault="003C07C1" w:rsidP="003C07C1">
      <w:pPr>
        <w:rPr>
          <w:rFonts w:ascii="Arial" w:hAnsi="Arial" w:cs="Arial"/>
          <w:lang w:val="en-AU"/>
        </w:rPr>
      </w:pPr>
      <w:r w:rsidRPr="003C07C1">
        <w:rPr>
          <w:rFonts w:ascii="Arial" w:hAnsi="Arial" w:cs="Arial"/>
          <w:lang w:val="en-AU"/>
        </w:rPr>
        <w:t>WDCC will ensure that volunteer information is:</w:t>
      </w:r>
    </w:p>
    <w:p w14:paraId="2FA4FE2B" w14:textId="77777777" w:rsidR="003C07C1" w:rsidRPr="003C07C1" w:rsidRDefault="003C07C1" w:rsidP="003C07C1">
      <w:pPr>
        <w:numPr>
          <w:ilvl w:val="0"/>
          <w:numId w:val="32"/>
        </w:numPr>
        <w:rPr>
          <w:rFonts w:ascii="Arial" w:hAnsi="Arial" w:cs="Arial"/>
          <w:lang w:val="en-AU"/>
        </w:rPr>
      </w:pPr>
      <w:r w:rsidRPr="003C07C1">
        <w:rPr>
          <w:rFonts w:ascii="Arial" w:hAnsi="Arial" w:cs="Arial"/>
          <w:lang w:val="en-AU"/>
        </w:rPr>
        <w:t>Collected and stored securely.</w:t>
      </w:r>
    </w:p>
    <w:p w14:paraId="67B77BE1" w14:textId="77777777" w:rsidR="003C07C1" w:rsidRPr="003C07C1" w:rsidRDefault="003C07C1" w:rsidP="003C07C1">
      <w:pPr>
        <w:numPr>
          <w:ilvl w:val="0"/>
          <w:numId w:val="32"/>
        </w:numPr>
        <w:rPr>
          <w:rFonts w:ascii="Arial" w:hAnsi="Arial" w:cs="Arial"/>
          <w:lang w:val="en-AU"/>
        </w:rPr>
      </w:pPr>
      <w:r w:rsidRPr="003C07C1">
        <w:rPr>
          <w:rFonts w:ascii="Arial" w:hAnsi="Arial" w:cs="Arial"/>
          <w:lang w:val="en-AU"/>
        </w:rPr>
        <w:t>Accessed only by authorised Club representatives.</w:t>
      </w:r>
    </w:p>
    <w:p w14:paraId="051852CA" w14:textId="77777777" w:rsidR="003C07C1" w:rsidRPr="003C07C1" w:rsidRDefault="003C07C1" w:rsidP="003C07C1">
      <w:pPr>
        <w:numPr>
          <w:ilvl w:val="0"/>
          <w:numId w:val="32"/>
        </w:numPr>
        <w:rPr>
          <w:rFonts w:ascii="Arial" w:hAnsi="Arial" w:cs="Arial"/>
          <w:lang w:val="en-AU"/>
        </w:rPr>
      </w:pPr>
      <w:r w:rsidRPr="003C07C1">
        <w:rPr>
          <w:rFonts w:ascii="Arial" w:hAnsi="Arial" w:cs="Arial"/>
          <w:lang w:val="en-AU"/>
        </w:rPr>
        <w:t>Used only for legitimate Club purposes.</w:t>
      </w:r>
    </w:p>
    <w:p w14:paraId="112CC004" w14:textId="6E9F4052" w:rsidR="003C07C1" w:rsidRPr="003C07C1" w:rsidRDefault="003C07C1" w:rsidP="003C07C1">
      <w:pPr>
        <w:numPr>
          <w:ilvl w:val="0"/>
          <w:numId w:val="32"/>
        </w:numPr>
        <w:rPr>
          <w:rFonts w:ascii="Arial" w:hAnsi="Arial" w:cs="Arial"/>
          <w:lang w:val="en-AU"/>
        </w:rPr>
      </w:pPr>
      <w:r w:rsidRPr="003C07C1">
        <w:rPr>
          <w:rFonts w:ascii="Arial" w:hAnsi="Arial" w:cs="Arial"/>
          <w:lang w:val="en-AU"/>
        </w:rPr>
        <w:t xml:space="preserve">Managed in accordance with </w:t>
      </w:r>
      <w:r w:rsidR="0044581A" w:rsidRPr="0044581A">
        <w:rPr>
          <w:rFonts w:ascii="Arial" w:hAnsi="Arial" w:cs="Arial"/>
        </w:rPr>
        <w:t>applicable privacy requirements</w:t>
      </w:r>
      <w:r w:rsidR="0044581A">
        <w:rPr>
          <w:rFonts w:ascii="Arial" w:hAnsi="Arial" w:cs="Arial"/>
        </w:rPr>
        <w:t xml:space="preserve"> </w:t>
      </w:r>
      <w:r w:rsidRPr="003C07C1">
        <w:rPr>
          <w:rFonts w:ascii="Arial" w:hAnsi="Arial" w:cs="Arial"/>
          <w:lang w:val="en-AU"/>
        </w:rPr>
        <w:t>and relevant Cricket NSW and Cricket Australia requirements.</w:t>
      </w:r>
    </w:p>
    <w:p w14:paraId="7CCF0881" w14:textId="77777777" w:rsidR="003C07C1" w:rsidRPr="003C07C1" w:rsidRDefault="003C07C1" w:rsidP="003C07C1">
      <w:pPr>
        <w:rPr>
          <w:rFonts w:ascii="Arial" w:hAnsi="Arial" w:cs="Arial"/>
          <w:lang w:val="en-AU"/>
        </w:rPr>
      </w:pPr>
      <w:r w:rsidRPr="003C07C1">
        <w:rPr>
          <w:rFonts w:ascii="Arial" w:hAnsi="Arial" w:cs="Arial"/>
          <w:lang w:val="en-AU"/>
        </w:rPr>
        <w:t>Volunteers are responsible for ensuring their personal information remains accurate and advising the Club of any changes.</w:t>
      </w:r>
    </w:p>
    <w:p w14:paraId="5457D3C8" w14:textId="5AFBF38C" w:rsidR="00FD6AE1" w:rsidRPr="003C07C1" w:rsidRDefault="003C07C1" w:rsidP="007B0BC5">
      <w:pPr>
        <w:rPr>
          <w:rFonts w:ascii="Arial" w:hAnsi="Arial" w:cs="Arial"/>
          <w:lang w:val="en-AU"/>
        </w:rPr>
      </w:pPr>
      <w:r w:rsidRPr="003C07C1">
        <w:rPr>
          <w:rFonts w:ascii="Arial" w:hAnsi="Arial" w:cs="Arial"/>
          <w:lang w:val="en-AU"/>
        </w:rPr>
        <w:t>WDCC respects the privacy of all volunteers and is committed to maintaining trust through responsible information management and appropriate confidentiality practices.</w:t>
      </w:r>
    </w:p>
    <w:p w14:paraId="53141D9B" w14:textId="77777777" w:rsidR="00FD6AE1" w:rsidRPr="0005441E" w:rsidRDefault="00FD6AE1" w:rsidP="007B0BC5">
      <w:pPr>
        <w:rPr>
          <w:rFonts w:ascii="Arial" w:hAnsi="Arial" w:cs="Arial"/>
        </w:rPr>
      </w:pPr>
    </w:p>
    <w:p w14:paraId="0D617E0D" w14:textId="77777777" w:rsidR="00FD6AE1" w:rsidRPr="0005441E" w:rsidRDefault="00FD6AE1" w:rsidP="007B0BC5">
      <w:pPr>
        <w:rPr>
          <w:rFonts w:ascii="Arial" w:hAnsi="Arial" w:cs="Arial"/>
        </w:rPr>
      </w:pPr>
    </w:p>
    <w:p w14:paraId="336DC7FF" w14:textId="77777777" w:rsidR="00FD6AE1" w:rsidRPr="0005441E" w:rsidRDefault="00FD6AE1" w:rsidP="007B0BC5">
      <w:pPr>
        <w:rPr>
          <w:rFonts w:ascii="Arial" w:hAnsi="Arial" w:cs="Arial"/>
        </w:rPr>
      </w:pPr>
    </w:p>
    <w:p w14:paraId="091C4B61" w14:textId="336AC79A" w:rsidR="007B0BC5" w:rsidRPr="00D22148" w:rsidRDefault="003C07C1">
      <w:pPr>
        <w:rPr>
          <w:rFonts w:ascii="Arial" w:hAnsi="Arial" w:cs="Arial"/>
          <w:b/>
          <w:bCs/>
          <w:lang w:val="en-AU"/>
        </w:rPr>
      </w:pPr>
      <w:r>
        <w:rPr>
          <w:rFonts w:ascii="Arial" w:hAnsi="Arial" w:cs="Arial"/>
          <w:b/>
          <w:bCs/>
          <w:lang w:val="en-AU"/>
        </w:rPr>
        <w:br w:type="page"/>
      </w:r>
      <w:r w:rsidRPr="00D22148">
        <w:rPr>
          <w:rFonts w:ascii="Arial" w:hAnsi="Arial" w:cs="Arial"/>
          <w:b/>
          <w:bCs/>
          <w:highlight w:val="yellow"/>
          <w:lang w:val="en-AU"/>
        </w:rPr>
        <w:lastRenderedPageBreak/>
        <w:t>Appendices</w:t>
      </w:r>
    </w:p>
    <w:p w14:paraId="0F58000D" w14:textId="02D7FF53" w:rsidR="00D22148" w:rsidRPr="00D22148" w:rsidRDefault="00D22148" w:rsidP="00D22148">
      <w:pPr>
        <w:rPr>
          <w:rFonts w:ascii="Arial" w:hAnsi="Arial" w:cs="Arial"/>
          <w:b/>
          <w:bCs/>
          <w:highlight w:val="yellow"/>
          <w:lang w:val="en-AU"/>
        </w:rPr>
      </w:pPr>
      <w:r w:rsidRPr="00D22148">
        <w:rPr>
          <w:rFonts w:ascii="Arial" w:hAnsi="Arial" w:cs="Arial"/>
          <w:b/>
          <w:bCs/>
          <w:highlight w:val="yellow"/>
          <w:lang w:val="en-AU"/>
        </w:rPr>
        <w:t>Appendix A – Volunteer Role Descriptions</w:t>
      </w:r>
    </w:p>
    <w:p w14:paraId="61A72B5E" w14:textId="6EC5B1E0" w:rsidR="00D22148" w:rsidRPr="003C07C1" w:rsidRDefault="0044581A" w:rsidP="00D22148">
      <w:pPr>
        <w:rPr>
          <w:rFonts w:ascii="Arial" w:hAnsi="Arial" w:cs="Arial"/>
          <w:highlight w:val="yellow"/>
          <w:lang w:val="en-AU"/>
        </w:rPr>
      </w:pPr>
      <w:r>
        <w:rPr>
          <w:rFonts w:ascii="Arial" w:hAnsi="Arial" w:cs="Arial"/>
          <w:highlight w:val="yellow"/>
          <w:lang w:val="en-AU"/>
        </w:rPr>
        <w:t>Will contain approved volunteer role descriptions</w:t>
      </w:r>
    </w:p>
    <w:p w14:paraId="5043EC5C" w14:textId="5CBA172A" w:rsidR="00491550" w:rsidRDefault="00491550" w:rsidP="00D22148">
      <w:pPr>
        <w:rPr>
          <w:rFonts w:ascii="Arial" w:hAnsi="Arial" w:cs="Arial"/>
          <w:lang w:val="en-AU"/>
        </w:rPr>
      </w:pPr>
      <w:hyperlink r:id="rId8" w:history="1">
        <w:r w:rsidRPr="00C930AC">
          <w:rPr>
            <w:rStyle w:val="Hyperlink"/>
            <w:rFonts w:ascii="Arial" w:hAnsi="Arial" w:cs="Arial"/>
            <w:highlight w:val="yellow"/>
            <w:lang w:val="en-AU"/>
          </w:rPr>
          <w:t>https://www.wollongongcricket.com.au/services-3</w:t>
        </w:r>
      </w:hyperlink>
    </w:p>
    <w:p w14:paraId="393589AC" w14:textId="77777777" w:rsidR="00491550" w:rsidRPr="003633E1" w:rsidRDefault="00491550" w:rsidP="00491550">
      <w:pPr>
        <w:spacing w:line="240" w:lineRule="auto"/>
        <w:rPr>
          <w:rFonts w:ascii="Arial" w:hAnsi="Arial" w:cs="Arial"/>
          <w:sz w:val="16"/>
          <w:szCs w:val="16"/>
          <w:highlight w:val="yellow"/>
          <w:lang w:val="en-AU"/>
        </w:rPr>
      </w:pPr>
      <w:r w:rsidRPr="003633E1">
        <w:rPr>
          <w:rFonts w:ascii="Arial" w:hAnsi="Arial" w:cs="Arial"/>
          <w:sz w:val="16"/>
          <w:szCs w:val="16"/>
          <w:highlight w:val="yellow"/>
          <w:u w:val="single"/>
          <w:lang w:val="en-AU"/>
        </w:rPr>
        <w:t>Interaction Roles - such as: - </w:t>
      </w:r>
    </w:p>
    <w:p w14:paraId="55EF4F85" w14:textId="77777777" w:rsidR="00491550" w:rsidRPr="003633E1" w:rsidRDefault="00491550" w:rsidP="00491550">
      <w:pPr>
        <w:numPr>
          <w:ilvl w:val="0"/>
          <w:numId w:val="47"/>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MPIO</w:t>
      </w:r>
    </w:p>
    <w:p w14:paraId="58CA7875" w14:textId="77777777" w:rsidR="00491550" w:rsidRPr="003633E1" w:rsidRDefault="00491550" w:rsidP="00491550">
      <w:pPr>
        <w:numPr>
          <w:ilvl w:val="0"/>
          <w:numId w:val="47"/>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CSO</w:t>
      </w:r>
    </w:p>
    <w:p w14:paraId="6A7C03DB" w14:textId="20F59173" w:rsidR="00491550" w:rsidRPr="003633E1" w:rsidRDefault="00491550" w:rsidP="00491550">
      <w:pPr>
        <w:numPr>
          <w:ilvl w:val="0"/>
          <w:numId w:val="47"/>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JDO</w:t>
      </w:r>
    </w:p>
    <w:p w14:paraId="32ACE338" w14:textId="07D9AEEA" w:rsidR="00491550" w:rsidRPr="003633E1" w:rsidRDefault="00491550" w:rsidP="00491550">
      <w:pPr>
        <w:numPr>
          <w:ilvl w:val="0"/>
          <w:numId w:val="47"/>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 xml:space="preserve">Director of Coaching </w:t>
      </w:r>
    </w:p>
    <w:p w14:paraId="2D959C15" w14:textId="4517FB15" w:rsidR="00491550" w:rsidRPr="003633E1" w:rsidRDefault="00491550" w:rsidP="00491550">
      <w:pPr>
        <w:numPr>
          <w:ilvl w:val="0"/>
          <w:numId w:val="47"/>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 xml:space="preserve">Hub Coordinator </w:t>
      </w:r>
    </w:p>
    <w:p w14:paraId="5F91A912" w14:textId="77777777" w:rsidR="00491550" w:rsidRPr="003633E1" w:rsidRDefault="00491550" w:rsidP="00491550">
      <w:pPr>
        <w:numPr>
          <w:ilvl w:val="0"/>
          <w:numId w:val="47"/>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Girls Cricket Coordinator</w:t>
      </w:r>
    </w:p>
    <w:p w14:paraId="720FF067" w14:textId="77777777" w:rsidR="00491550" w:rsidRPr="003633E1" w:rsidRDefault="00491550" w:rsidP="00491550">
      <w:pPr>
        <w:numPr>
          <w:ilvl w:val="0"/>
          <w:numId w:val="47"/>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 xml:space="preserve">Women's Cricket </w:t>
      </w:r>
      <w:proofErr w:type="gramStart"/>
      <w:r w:rsidRPr="003633E1">
        <w:rPr>
          <w:rFonts w:ascii="Arial" w:hAnsi="Arial" w:cs="Arial"/>
          <w:sz w:val="16"/>
          <w:szCs w:val="16"/>
          <w:highlight w:val="yellow"/>
          <w:lang w:val="en-AU"/>
        </w:rPr>
        <w:t>Coordinator  /</w:t>
      </w:r>
      <w:proofErr w:type="gramEnd"/>
      <w:r w:rsidRPr="003633E1">
        <w:rPr>
          <w:rFonts w:ascii="Arial" w:hAnsi="Arial" w:cs="Arial"/>
          <w:sz w:val="16"/>
          <w:szCs w:val="16"/>
          <w:highlight w:val="yellow"/>
          <w:lang w:val="en-AU"/>
        </w:rPr>
        <w:t xml:space="preserve"> Chair of Sub Committee</w:t>
      </w:r>
    </w:p>
    <w:p w14:paraId="68868997" w14:textId="77777777" w:rsidR="00491550" w:rsidRPr="003633E1" w:rsidRDefault="00491550" w:rsidP="00491550">
      <w:pPr>
        <w:numPr>
          <w:ilvl w:val="0"/>
          <w:numId w:val="47"/>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Grade Cricket Coordinator</w:t>
      </w:r>
    </w:p>
    <w:p w14:paraId="0C594E89" w14:textId="77777777" w:rsidR="00491550" w:rsidRPr="003633E1" w:rsidRDefault="00491550" w:rsidP="00491550">
      <w:pPr>
        <w:numPr>
          <w:ilvl w:val="0"/>
          <w:numId w:val="47"/>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Club Coach</w:t>
      </w:r>
    </w:p>
    <w:p w14:paraId="592687BA" w14:textId="77777777" w:rsidR="00491550" w:rsidRPr="003633E1" w:rsidRDefault="00491550" w:rsidP="00491550">
      <w:pPr>
        <w:spacing w:line="240" w:lineRule="auto"/>
        <w:rPr>
          <w:rFonts w:ascii="Arial" w:hAnsi="Arial" w:cs="Arial"/>
          <w:sz w:val="16"/>
          <w:szCs w:val="16"/>
          <w:highlight w:val="yellow"/>
          <w:lang w:val="en-AU"/>
        </w:rPr>
      </w:pPr>
      <w:r w:rsidRPr="003633E1">
        <w:rPr>
          <w:rFonts w:ascii="Arial" w:hAnsi="Arial" w:cs="Arial"/>
          <w:sz w:val="16"/>
          <w:szCs w:val="16"/>
          <w:highlight w:val="yellow"/>
          <w:u w:val="single"/>
          <w:lang w:val="en-AU"/>
        </w:rPr>
        <w:t xml:space="preserve">Operational Roles - such </w:t>
      </w:r>
      <w:proofErr w:type="gramStart"/>
      <w:r w:rsidRPr="003633E1">
        <w:rPr>
          <w:rFonts w:ascii="Arial" w:hAnsi="Arial" w:cs="Arial"/>
          <w:sz w:val="16"/>
          <w:szCs w:val="16"/>
          <w:highlight w:val="yellow"/>
          <w:u w:val="single"/>
          <w:lang w:val="en-AU"/>
        </w:rPr>
        <w:t>as :</w:t>
      </w:r>
      <w:proofErr w:type="gramEnd"/>
      <w:r w:rsidRPr="003633E1">
        <w:rPr>
          <w:rFonts w:ascii="Arial" w:hAnsi="Arial" w:cs="Arial"/>
          <w:sz w:val="16"/>
          <w:szCs w:val="16"/>
          <w:highlight w:val="yellow"/>
          <w:u w:val="single"/>
          <w:lang w:val="en-AU"/>
        </w:rPr>
        <w:t>-</w:t>
      </w:r>
    </w:p>
    <w:p w14:paraId="3631DFFC" w14:textId="440837AF" w:rsidR="00491550" w:rsidRPr="003633E1" w:rsidRDefault="00491550" w:rsidP="00491550">
      <w:pPr>
        <w:numPr>
          <w:ilvl w:val="0"/>
          <w:numId w:val="48"/>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 xml:space="preserve">Grading Officers </w:t>
      </w:r>
    </w:p>
    <w:p w14:paraId="326A923A" w14:textId="0A4D135D" w:rsidR="00491550" w:rsidRPr="003633E1" w:rsidRDefault="00491550" w:rsidP="00491550">
      <w:pPr>
        <w:numPr>
          <w:ilvl w:val="0"/>
          <w:numId w:val="48"/>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 xml:space="preserve">Scorers Workshop Coordinator </w:t>
      </w:r>
    </w:p>
    <w:p w14:paraId="3D788014" w14:textId="49EC81A5" w:rsidR="00491550" w:rsidRPr="003633E1" w:rsidRDefault="00491550" w:rsidP="00491550">
      <w:pPr>
        <w:numPr>
          <w:ilvl w:val="0"/>
          <w:numId w:val="48"/>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 xml:space="preserve">Junior Umpiring Workshop </w:t>
      </w:r>
    </w:p>
    <w:p w14:paraId="52D66445" w14:textId="5EA9A453" w:rsidR="00491550" w:rsidRPr="003633E1" w:rsidRDefault="00491550" w:rsidP="00491550">
      <w:pPr>
        <w:numPr>
          <w:ilvl w:val="0"/>
          <w:numId w:val="48"/>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 xml:space="preserve">Web-Site Officer </w:t>
      </w:r>
    </w:p>
    <w:p w14:paraId="05D17F37" w14:textId="2D11DC6B" w:rsidR="00491550" w:rsidRPr="003633E1" w:rsidRDefault="00491550" w:rsidP="00491550">
      <w:pPr>
        <w:numPr>
          <w:ilvl w:val="0"/>
          <w:numId w:val="48"/>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Social Media Coordinator </w:t>
      </w:r>
    </w:p>
    <w:p w14:paraId="510A13C8" w14:textId="2141CDAA" w:rsidR="00491550" w:rsidRPr="003633E1" w:rsidRDefault="00491550" w:rsidP="00491550">
      <w:pPr>
        <w:numPr>
          <w:ilvl w:val="0"/>
          <w:numId w:val="48"/>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 xml:space="preserve">Marketing &amp; Communications Officer </w:t>
      </w:r>
    </w:p>
    <w:p w14:paraId="0AA5BF58" w14:textId="77777777" w:rsidR="00491550" w:rsidRPr="003633E1" w:rsidRDefault="00491550" w:rsidP="00491550">
      <w:pPr>
        <w:numPr>
          <w:ilvl w:val="0"/>
          <w:numId w:val="48"/>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Fundraising Coordinator</w:t>
      </w:r>
    </w:p>
    <w:p w14:paraId="13AA44B9" w14:textId="77777777" w:rsidR="00491550" w:rsidRPr="003633E1" w:rsidRDefault="00491550" w:rsidP="00491550">
      <w:pPr>
        <w:numPr>
          <w:ilvl w:val="0"/>
          <w:numId w:val="48"/>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Events Coordinator</w:t>
      </w:r>
    </w:p>
    <w:p w14:paraId="061B3810" w14:textId="77777777" w:rsidR="00491550" w:rsidRPr="003633E1" w:rsidRDefault="00491550" w:rsidP="00491550">
      <w:pPr>
        <w:numPr>
          <w:ilvl w:val="0"/>
          <w:numId w:val="48"/>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Sponsorship Liaison Officer</w:t>
      </w:r>
    </w:p>
    <w:p w14:paraId="5D4282E5" w14:textId="77777777" w:rsidR="00491550" w:rsidRPr="003633E1" w:rsidRDefault="00491550" w:rsidP="00491550">
      <w:pPr>
        <w:numPr>
          <w:ilvl w:val="0"/>
          <w:numId w:val="48"/>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Social Sub Committee Chair</w:t>
      </w:r>
    </w:p>
    <w:p w14:paraId="5BA47729" w14:textId="77777777" w:rsidR="00491550" w:rsidRPr="003633E1" w:rsidRDefault="00491550" w:rsidP="00491550">
      <w:pPr>
        <w:numPr>
          <w:ilvl w:val="0"/>
          <w:numId w:val="48"/>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Registrar</w:t>
      </w:r>
    </w:p>
    <w:p w14:paraId="4F7C5648" w14:textId="77777777" w:rsidR="00491550" w:rsidRPr="003633E1" w:rsidRDefault="00491550" w:rsidP="00491550">
      <w:pPr>
        <w:numPr>
          <w:ilvl w:val="0"/>
          <w:numId w:val="48"/>
        </w:numPr>
        <w:spacing w:line="240" w:lineRule="auto"/>
        <w:rPr>
          <w:rFonts w:ascii="Arial" w:hAnsi="Arial" w:cs="Arial"/>
          <w:sz w:val="16"/>
          <w:szCs w:val="16"/>
          <w:highlight w:val="yellow"/>
          <w:lang w:val="en-AU"/>
        </w:rPr>
      </w:pPr>
      <w:r w:rsidRPr="003633E1">
        <w:rPr>
          <w:rFonts w:ascii="Arial" w:hAnsi="Arial" w:cs="Arial"/>
          <w:sz w:val="16"/>
          <w:szCs w:val="16"/>
          <w:highlight w:val="yellow"/>
          <w:lang w:val="en-AU"/>
        </w:rPr>
        <w:t>Volunteers Coordinator</w:t>
      </w:r>
    </w:p>
    <w:p w14:paraId="36D4FDB2" w14:textId="77777777" w:rsidR="00491550" w:rsidRDefault="00491550" w:rsidP="00D22148">
      <w:pPr>
        <w:rPr>
          <w:rFonts w:ascii="Arial" w:hAnsi="Arial" w:cs="Arial"/>
          <w:lang w:val="en-AU"/>
        </w:rPr>
      </w:pPr>
    </w:p>
    <w:p w14:paraId="480C6D4E" w14:textId="77777777" w:rsidR="00491550" w:rsidRPr="00D22148" w:rsidRDefault="00491550" w:rsidP="00D22148">
      <w:pPr>
        <w:rPr>
          <w:rFonts w:ascii="Arial" w:hAnsi="Arial" w:cs="Arial"/>
          <w:lang w:val="en-AU"/>
        </w:rPr>
      </w:pPr>
    </w:p>
    <w:p w14:paraId="205681E0" w14:textId="77777777" w:rsidR="00D22148" w:rsidRDefault="00D22148" w:rsidP="00D22148">
      <w:pPr>
        <w:rPr>
          <w:rFonts w:ascii="Arial" w:hAnsi="Arial" w:cs="Arial"/>
          <w:b/>
          <w:bCs/>
          <w:highlight w:val="yellow"/>
          <w:lang w:val="en-AU"/>
        </w:rPr>
      </w:pPr>
      <w:r w:rsidRPr="00D22148">
        <w:rPr>
          <w:rFonts w:ascii="Arial" w:hAnsi="Arial" w:cs="Arial"/>
          <w:b/>
          <w:bCs/>
          <w:highlight w:val="yellow"/>
          <w:lang w:val="en-AU"/>
        </w:rPr>
        <w:lastRenderedPageBreak/>
        <w:t>Appendix B – Volunteer Lifecycle Diagram</w:t>
      </w:r>
    </w:p>
    <w:p w14:paraId="68069CA9" w14:textId="07DA57BC" w:rsidR="00394CBB" w:rsidRDefault="00394CBB" w:rsidP="00D22148">
      <w:pPr>
        <w:rPr>
          <w:rFonts w:ascii="Arial" w:hAnsi="Arial" w:cs="Arial"/>
          <w:b/>
          <w:bCs/>
          <w:highlight w:val="yellow"/>
          <w:lang w:val="en-AU"/>
        </w:rPr>
      </w:pPr>
      <w:r>
        <w:rPr>
          <w:rFonts w:ascii="Arial" w:hAnsi="Arial" w:cs="Arial"/>
          <w:b/>
          <w:bCs/>
          <w:highlight w:val="yellow"/>
          <w:lang w:val="en-AU"/>
        </w:rPr>
        <w:t xml:space="preserve">Appendix C </w:t>
      </w:r>
      <w:r w:rsidRPr="00394CBB">
        <w:rPr>
          <w:rFonts w:ascii="Arial" w:hAnsi="Arial" w:cs="Arial"/>
          <w:b/>
          <w:bCs/>
          <w:highlight w:val="yellow"/>
        </w:rPr>
        <w:t>Volunteer KPIs 2026–2028</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95"/>
        <w:gridCol w:w="3827"/>
      </w:tblGrid>
      <w:tr w:rsidR="00394CBB" w:rsidRPr="00394CBB" w14:paraId="0D95576C" w14:textId="77777777" w:rsidTr="00394CBB">
        <w:trPr>
          <w:tblHeader/>
          <w:tblCellSpacing w:w="15" w:type="dxa"/>
        </w:trPr>
        <w:tc>
          <w:tcPr>
            <w:tcW w:w="4350" w:type="dxa"/>
            <w:vAlign w:val="center"/>
            <w:hideMark/>
          </w:tcPr>
          <w:p w14:paraId="1C6757BC" w14:textId="77777777" w:rsidR="00394CBB" w:rsidRPr="00394CBB" w:rsidRDefault="00394CBB" w:rsidP="00394CBB">
            <w:pPr>
              <w:rPr>
                <w:rFonts w:ascii="Arial" w:hAnsi="Arial" w:cs="Arial"/>
                <w:b/>
                <w:bCs/>
                <w:highlight w:val="yellow"/>
                <w:lang w:val="en-AU"/>
              </w:rPr>
            </w:pPr>
            <w:r w:rsidRPr="00394CBB">
              <w:rPr>
                <w:rFonts w:ascii="Arial" w:hAnsi="Arial" w:cs="Arial"/>
                <w:b/>
                <w:bCs/>
                <w:highlight w:val="yellow"/>
                <w:lang w:val="en-AU"/>
              </w:rPr>
              <w:t>Measure</w:t>
            </w:r>
          </w:p>
        </w:tc>
        <w:tc>
          <w:tcPr>
            <w:tcW w:w="3782" w:type="dxa"/>
            <w:vAlign w:val="center"/>
            <w:hideMark/>
          </w:tcPr>
          <w:p w14:paraId="439D88C9" w14:textId="77777777" w:rsidR="00394CBB" w:rsidRPr="00394CBB" w:rsidRDefault="00394CBB" w:rsidP="00394CBB">
            <w:pPr>
              <w:rPr>
                <w:rFonts w:ascii="Arial" w:hAnsi="Arial" w:cs="Arial"/>
                <w:b/>
                <w:bCs/>
                <w:highlight w:val="yellow"/>
                <w:lang w:val="en-AU"/>
              </w:rPr>
            </w:pPr>
            <w:r w:rsidRPr="00394CBB">
              <w:rPr>
                <w:rFonts w:ascii="Arial" w:hAnsi="Arial" w:cs="Arial"/>
                <w:b/>
                <w:bCs/>
                <w:highlight w:val="yellow"/>
                <w:lang w:val="en-AU"/>
              </w:rPr>
              <w:t>Target</w:t>
            </w:r>
          </w:p>
        </w:tc>
      </w:tr>
      <w:tr w:rsidR="007530DA" w:rsidRPr="00394CBB" w14:paraId="6C31AA44" w14:textId="77777777" w:rsidTr="00394CBB">
        <w:trPr>
          <w:tblCellSpacing w:w="15" w:type="dxa"/>
        </w:trPr>
        <w:tc>
          <w:tcPr>
            <w:tcW w:w="4350" w:type="dxa"/>
            <w:vAlign w:val="center"/>
            <w:hideMark/>
          </w:tcPr>
          <w:p w14:paraId="3796E5D1" w14:textId="2C06800D" w:rsidR="007530DA" w:rsidRPr="007530DA" w:rsidRDefault="007530DA" w:rsidP="007530DA">
            <w:pPr>
              <w:rPr>
                <w:rFonts w:ascii="Arial" w:hAnsi="Arial" w:cs="Arial"/>
                <w:highlight w:val="yellow"/>
                <w:lang w:val="en-AU"/>
              </w:rPr>
            </w:pPr>
            <w:r w:rsidRPr="007530DA">
              <w:rPr>
                <w:rFonts w:ascii="Arial" w:hAnsi="Arial" w:cs="Arial"/>
                <w:highlight w:val="yellow"/>
              </w:rPr>
              <w:t>Volunteers completing induction</w:t>
            </w:r>
          </w:p>
        </w:tc>
        <w:tc>
          <w:tcPr>
            <w:tcW w:w="3782" w:type="dxa"/>
            <w:vAlign w:val="center"/>
            <w:hideMark/>
          </w:tcPr>
          <w:p w14:paraId="32FB4277" w14:textId="7E53EE44" w:rsidR="007530DA" w:rsidRPr="007530DA" w:rsidRDefault="007530DA" w:rsidP="007530DA">
            <w:pPr>
              <w:rPr>
                <w:rFonts w:ascii="Arial" w:hAnsi="Arial" w:cs="Arial"/>
                <w:highlight w:val="yellow"/>
                <w:lang w:val="en-AU"/>
              </w:rPr>
            </w:pPr>
            <w:r w:rsidRPr="007530DA">
              <w:rPr>
                <w:rFonts w:ascii="Arial" w:hAnsi="Arial" w:cs="Arial"/>
                <w:highlight w:val="yellow"/>
              </w:rPr>
              <w:t>All new volunteers</w:t>
            </w:r>
          </w:p>
        </w:tc>
      </w:tr>
      <w:tr w:rsidR="007530DA" w:rsidRPr="00394CBB" w14:paraId="25DC5BF0" w14:textId="77777777" w:rsidTr="00394CBB">
        <w:trPr>
          <w:tblCellSpacing w:w="15" w:type="dxa"/>
        </w:trPr>
        <w:tc>
          <w:tcPr>
            <w:tcW w:w="4350" w:type="dxa"/>
            <w:vAlign w:val="center"/>
            <w:hideMark/>
          </w:tcPr>
          <w:p w14:paraId="485DE724" w14:textId="1D74774D" w:rsidR="007530DA" w:rsidRPr="007530DA" w:rsidRDefault="007530DA" w:rsidP="007530DA">
            <w:pPr>
              <w:rPr>
                <w:rFonts w:ascii="Arial" w:hAnsi="Arial" w:cs="Arial"/>
                <w:highlight w:val="yellow"/>
                <w:lang w:val="en-AU"/>
              </w:rPr>
            </w:pPr>
            <w:r w:rsidRPr="007530DA">
              <w:rPr>
                <w:rFonts w:ascii="Arial" w:hAnsi="Arial" w:cs="Arial"/>
                <w:highlight w:val="yellow"/>
              </w:rPr>
              <w:t>WWCC compliance</w:t>
            </w:r>
          </w:p>
        </w:tc>
        <w:tc>
          <w:tcPr>
            <w:tcW w:w="3782" w:type="dxa"/>
            <w:vAlign w:val="center"/>
            <w:hideMark/>
          </w:tcPr>
          <w:p w14:paraId="55793468" w14:textId="756875DB" w:rsidR="007530DA" w:rsidRPr="007530DA" w:rsidRDefault="007530DA" w:rsidP="007530DA">
            <w:pPr>
              <w:rPr>
                <w:rFonts w:ascii="Arial" w:hAnsi="Arial" w:cs="Arial"/>
                <w:highlight w:val="yellow"/>
                <w:lang w:val="en-AU"/>
              </w:rPr>
            </w:pPr>
            <w:r w:rsidRPr="007530DA">
              <w:rPr>
                <w:rFonts w:ascii="Arial" w:hAnsi="Arial" w:cs="Arial"/>
                <w:highlight w:val="yellow"/>
              </w:rPr>
              <w:t>100% where required</w:t>
            </w:r>
          </w:p>
        </w:tc>
      </w:tr>
      <w:tr w:rsidR="007530DA" w:rsidRPr="00394CBB" w14:paraId="02F2DC37" w14:textId="77777777" w:rsidTr="00394CBB">
        <w:trPr>
          <w:tblCellSpacing w:w="15" w:type="dxa"/>
        </w:trPr>
        <w:tc>
          <w:tcPr>
            <w:tcW w:w="4350" w:type="dxa"/>
            <w:vAlign w:val="center"/>
            <w:hideMark/>
          </w:tcPr>
          <w:p w14:paraId="11BFDE15" w14:textId="5D1AB88A" w:rsidR="007530DA" w:rsidRPr="007530DA" w:rsidRDefault="007530DA" w:rsidP="007530DA">
            <w:pPr>
              <w:rPr>
                <w:rFonts w:ascii="Arial" w:hAnsi="Arial" w:cs="Arial"/>
                <w:highlight w:val="yellow"/>
                <w:lang w:val="en-AU"/>
              </w:rPr>
            </w:pPr>
            <w:r w:rsidRPr="007530DA">
              <w:rPr>
                <w:rFonts w:ascii="Arial" w:hAnsi="Arial" w:cs="Arial"/>
                <w:highlight w:val="yellow"/>
              </w:rPr>
              <w:t>Volunteer feedback collected</w:t>
            </w:r>
          </w:p>
        </w:tc>
        <w:tc>
          <w:tcPr>
            <w:tcW w:w="3782" w:type="dxa"/>
            <w:vAlign w:val="center"/>
            <w:hideMark/>
          </w:tcPr>
          <w:p w14:paraId="08B78195" w14:textId="0C6D82EF" w:rsidR="007530DA" w:rsidRPr="007530DA" w:rsidRDefault="007530DA" w:rsidP="007530DA">
            <w:pPr>
              <w:rPr>
                <w:rFonts w:ascii="Arial" w:hAnsi="Arial" w:cs="Arial"/>
                <w:highlight w:val="yellow"/>
                <w:lang w:val="en-AU"/>
              </w:rPr>
            </w:pPr>
            <w:r w:rsidRPr="007530DA">
              <w:rPr>
                <w:rFonts w:ascii="Arial" w:hAnsi="Arial" w:cs="Arial"/>
                <w:highlight w:val="yellow"/>
              </w:rPr>
              <w:t>Annual survey</w:t>
            </w:r>
          </w:p>
        </w:tc>
      </w:tr>
      <w:tr w:rsidR="007530DA" w:rsidRPr="00394CBB" w14:paraId="65E2CAEB" w14:textId="77777777" w:rsidTr="00394CBB">
        <w:trPr>
          <w:tblCellSpacing w:w="15" w:type="dxa"/>
        </w:trPr>
        <w:tc>
          <w:tcPr>
            <w:tcW w:w="4350" w:type="dxa"/>
            <w:vAlign w:val="center"/>
            <w:hideMark/>
          </w:tcPr>
          <w:p w14:paraId="39F6EE77" w14:textId="4933F6E9" w:rsidR="007530DA" w:rsidRPr="007530DA" w:rsidRDefault="007530DA" w:rsidP="007530DA">
            <w:pPr>
              <w:rPr>
                <w:rFonts w:ascii="Arial" w:hAnsi="Arial" w:cs="Arial"/>
                <w:highlight w:val="yellow"/>
                <w:lang w:val="en-AU"/>
              </w:rPr>
            </w:pPr>
            <w:r w:rsidRPr="007530DA">
              <w:rPr>
                <w:rFonts w:ascii="Arial" w:hAnsi="Arial" w:cs="Arial"/>
                <w:highlight w:val="yellow"/>
              </w:rPr>
              <w:t>Role descriptions completed</w:t>
            </w:r>
          </w:p>
        </w:tc>
        <w:tc>
          <w:tcPr>
            <w:tcW w:w="3782" w:type="dxa"/>
            <w:vAlign w:val="center"/>
            <w:hideMark/>
          </w:tcPr>
          <w:p w14:paraId="512725D2" w14:textId="73661BEE" w:rsidR="007530DA" w:rsidRPr="007530DA" w:rsidRDefault="007530DA" w:rsidP="007530DA">
            <w:pPr>
              <w:rPr>
                <w:rFonts w:ascii="Arial" w:hAnsi="Arial" w:cs="Arial"/>
                <w:highlight w:val="yellow"/>
                <w:lang w:val="en-AU"/>
              </w:rPr>
            </w:pPr>
            <w:r w:rsidRPr="007530DA">
              <w:rPr>
                <w:rFonts w:ascii="Arial" w:hAnsi="Arial" w:cs="Arial"/>
                <w:highlight w:val="yellow"/>
              </w:rPr>
              <w:t>Priority roles</w:t>
            </w:r>
          </w:p>
        </w:tc>
      </w:tr>
      <w:tr w:rsidR="007530DA" w:rsidRPr="00394CBB" w14:paraId="33406855" w14:textId="77777777" w:rsidTr="00394CBB">
        <w:trPr>
          <w:tblCellSpacing w:w="15" w:type="dxa"/>
        </w:trPr>
        <w:tc>
          <w:tcPr>
            <w:tcW w:w="4350" w:type="dxa"/>
            <w:vAlign w:val="center"/>
            <w:hideMark/>
          </w:tcPr>
          <w:p w14:paraId="488F8D36" w14:textId="573E5FAC" w:rsidR="007530DA" w:rsidRPr="007530DA" w:rsidRDefault="007530DA" w:rsidP="007530DA">
            <w:pPr>
              <w:rPr>
                <w:rFonts w:ascii="Arial" w:hAnsi="Arial" w:cs="Arial"/>
                <w:highlight w:val="yellow"/>
                <w:lang w:val="en-AU"/>
              </w:rPr>
            </w:pPr>
            <w:r w:rsidRPr="007530DA">
              <w:rPr>
                <w:rFonts w:ascii="Arial" w:hAnsi="Arial" w:cs="Arial"/>
                <w:highlight w:val="yellow"/>
              </w:rPr>
              <w:t>Volunteer recognition</w:t>
            </w:r>
          </w:p>
        </w:tc>
        <w:tc>
          <w:tcPr>
            <w:tcW w:w="3782" w:type="dxa"/>
            <w:vAlign w:val="center"/>
            <w:hideMark/>
          </w:tcPr>
          <w:p w14:paraId="4629236A" w14:textId="246F7120" w:rsidR="007530DA" w:rsidRPr="007530DA" w:rsidRDefault="007530DA" w:rsidP="007530DA">
            <w:pPr>
              <w:rPr>
                <w:rFonts w:ascii="Arial" w:hAnsi="Arial" w:cs="Arial"/>
                <w:highlight w:val="yellow"/>
                <w:lang w:val="en-AU"/>
              </w:rPr>
            </w:pPr>
            <w:r w:rsidRPr="007530DA">
              <w:rPr>
                <w:rFonts w:ascii="Arial" w:hAnsi="Arial" w:cs="Arial"/>
                <w:highlight w:val="yellow"/>
              </w:rPr>
              <w:t>Annual recognition program</w:t>
            </w:r>
          </w:p>
        </w:tc>
      </w:tr>
    </w:tbl>
    <w:p w14:paraId="7C37D25F" w14:textId="77777777" w:rsidR="00394CBB" w:rsidRPr="00D22148" w:rsidRDefault="00394CBB" w:rsidP="00D22148">
      <w:pPr>
        <w:rPr>
          <w:rFonts w:ascii="Arial" w:hAnsi="Arial" w:cs="Arial"/>
          <w:b/>
          <w:bCs/>
          <w:highlight w:val="yellow"/>
          <w:lang w:val="en-AU"/>
        </w:rPr>
      </w:pPr>
    </w:p>
    <w:p w14:paraId="31C123F3" w14:textId="6269C5EC" w:rsidR="00D22148" w:rsidRPr="00D22148" w:rsidRDefault="00D22148" w:rsidP="00D22148">
      <w:pPr>
        <w:rPr>
          <w:rFonts w:ascii="Arial" w:hAnsi="Arial" w:cs="Arial"/>
          <w:b/>
          <w:bCs/>
          <w:highlight w:val="yellow"/>
          <w:lang w:val="en-AU"/>
        </w:rPr>
      </w:pPr>
      <w:r w:rsidRPr="00D22148">
        <w:rPr>
          <w:rFonts w:ascii="Arial" w:hAnsi="Arial" w:cs="Arial"/>
          <w:b/>
          <w:bCs/>
          <w:highlight w:val="yellow"/>
          <w:lang w:val="en-AU"/>
        </w:rPr>
        <w:t xml:space="preserve">Appendix </w:t>
      </w:r>
      <w:r w:rsidR="00394CBB">
        <w:rPr>
          <w:rFonts w:ascii="Arial" w:hAnsi="Arial" w:cs="Arial"/>
          <w:b/>
          <w:bCs/>
          <w:highlight w:val="yellow"/>
          <w:lang w:val="en-AU"/>
        </w:rPr>
        <w:t>D</w:t>
      </w:r>
      <w:r w:rsidRPr="00D22148">
        <w:rPr>
          <w:rFonts w:ascii="Arial" w:hAnsi="Arial" w:cs="Arial"/>
          <w:b/>
          <w:bCs/>
          <w:highlight w:val="yellow"/>
          <w:lang w:val="en-AU"/>
        </w:rPr>
        <w:t xml:space="preserve"> – Volunteer Induction Checklist</w:t>
      </w:r>
    </w:p>
    <w:p w14:paraId="598CF63F" w14:textId="7E44336B" w:rsidR="00D22148" w:rsidRDefault="00D22148" w:rsidP="00D22148">
      <w:pPr>
        <w:rPr>
          <w:rFonts w:ascii="Arial" w:hAnsi="Arial" w:cs="Arial"/>
          <w:b/>
          <w:bCs/>
          <w:highlight w:val="yellow"/>
          <w:lang w:val="en-AU"/>
        </w:rPr>
      </w:pPr>
      <w:r w:rsidRPr="00D22148">
        <w:rPr>
          <w:rFonts w:ascii="Arial" w:hAnsi="Arial" w:cs="Arial"/>
          <w:b/>
          <w:bCs/>
          <w:highlight w:val="yellow"/>
          <w:lang w:val="en-AU"/>
        </w:rPr>
        <w:t xml:space="preserve">Appendix </w:t>
      </w:r>
      <w:r w:rsidR="00394CBB">
        <w:rPr>
          <w:rFonts w:ascii="Arial" w:hAnsi="Arial" w:cs="Arial"/>
          <w:b/>
          <w:bCs/>
          <w:highlight w:val="yellow"/>
          <w:lang w:val="en-AU"/>
        </w:rPr>
        <w:t>E</w:t>
      </w:r>
      <w:r w:rsidRPr="00D22148">
        <w:rPr>
          <w:rFonts w:ascii="Arial" w:hAnsi="Arial" w:cs="Arial"/>
          <w:b/>
          <w:bCs/>
          <w:highlight w:val="yellow"/>
          <w:lang w:val="en-AU"/>
        </w:rPr>
        <w:t xml:space="preserve"> – Volunteer Agreement</w:t>
      </w:r>
    </w:p>
    <w:p w14:paraId="1F13020C" w14:textId="77777777" w:rsidR="00190314" w:rsidRPr="00190314" w:rsidRDefault="00190314" w:rsidP="00190314">
      <w:pPr>
        <w:rPr>
          <w:rFonts w:ascii="Arial" w:hAnsi="Arial" w:cs="Arial"/>
          <w:highlight w:val="yellow"/>
          <w:lang w:val="en-AU"/>
        </w:rPr>
      </w:pPr>
      <w:r w:rsidRPr="00190314">
        <w:rPr>
          <w:rFonts w:ascii="Arial" w:hAnsi="Arial" w:cs="Arial"/>
          <w:highlight w:val="yellow"/>
          <w:lang w:val="en-AU"/>
        </w:rPr>
        <w:t>All volunteers acknowledge:</w:t>
      </w:r>
    </w:p>
    <w:p w14:paraId="37425B41" w14:textId="77777777" w:rsidR="00190314" w:rsidRPr="00190314" w:rsidRDefault="00190314" w:rsidP="00190314">
      <w:pPr>
        <w:rPr>
          <w:rFonts w:ascii="Arial" w:hAnsi="Arial" w:cs="Arial"/>
          <w:highlight w:val="yellow"/>
          <w:lang w:val="en-AU"/>
        </w:rPr>
      </w:pPr>
      <w:r w:rsidRPr="00190314">
        <w:rPr>
          <w:rFonts w:ascii="Segoe UI Symbol" w:hAnsi="Segoe UI Symbol" w:cs="Segoe UI Symbol"/>
          <w:highlight w:val="yellow"/>
          <w:lang w:val="en-AU"/>
        </w:rPr>
        <w:t>☐</w:t>
      </w:r>
      <w:r w:rsidRPr="00190314">
        <w:rPr>
          <w:rFonts w:ascii="Arial" w:hAnsi="Arial" w:cs="Arial"/>
          <w:highlight w:val="yellow"/>
          <w:lang w:val="en-AU"/>
        </w:rPr>
        <w:t xml:space="preserve"> Volunteer Code of Conduct</w:t>
      </w:r>
      <w:r w:rsidRPr="00190314">
        <w:rPr>
          <w:rFonts w:ascii="Arial" w:hAnsi="Arial" w:cs="Arial"/>
          <w:highlight w:val="yellow"/>
          <w:lang w:val="en-AU"/>
        </w:rPr>
        <w:br/>
      </w:r>
      <w:r w:rsidRPr="00190314">
        <w:rPr>
          <w:rFonts w:ascii="Segoe UI Symbol" w:hAnsi="Segoe UI Symbol" w:cs="Segoe UI Symbol"/>
          <w:highlight w:val="yellow"/>
          <w:lang w:val="en-AU"/>
        </w:rPr>
        <w:t>☐</w:t>
      </w:r>
      <w:r w:rsidRPr="00190314">
        <w:rPr>
          <w:rFonts w:ascii="Arial" w:hAnsi="Arial" w:cs="Arial"/>
          <w:highlight w:val="yellow"/>
          <w:lang w:val="en-AU"/>
        </w:rPr>
        <w:t xml:space="preserve"> Child Safe obligations</w:t>
      </w:r>
      <w:r w:rsidRPr="00190314">
        <w:rPr>
          <w:rFonts w:ascii="Arial" w:hAnsi="Arial" w:cs="Arial"/>
          <w:highlight w:val="yellow"/>
          <w:lang w:val="en-AU"/>
        </w:rPr>
        <w:br/>
      </w:r>
      <w:r w:rsidRPr="00190314">
        <w:rPr>
          <w:rFonts w:ascii="Segoe UI Symbol" w:hAnsi="Segoe UI Symbol" w:cs="Segoe UI Symbol"/>
          <w:highlight w:val="yellow"/>
          <w:lang w:val="en-AU"/>
        </w:rPr>
        <w:t>☐</w:t>
      </w:r>
      <w:r w:rsidRPr="00190314">
        <w:rPr>
          <w:rFonts w:ascii="Arial" w:hAnsi="Arial" w:cs="Arial"/>
          <w:highlight w:val="yellow"/>
          <w:lang w:val="en-AU"/>
        </w:rPr>
        <w:t xml:space="preserve"> Member Protection responsibilities</w:t>
      </w:r>
      <w:r w:rsidRPr="00190314">
        <w:rPr>
          <w:rFonts w:ascii="Arial" w:hAnsi="Arial" w:cs="Arial"/>
          <w:highlight w:val="yellow"/>
          <w:lang w:val="en-AU"/>
        </w:rPr>
        <w:br/>
      </w:r>
      <w:r w:rsidRPr="00190314">
        <w:rPr>
          <w:rFonts w:ascii="Segoe UI Symbol" w:hAnsi="Segoe UI Symbol" w:cs="Segoe UI Symbol"/>
          <w:highlight w:val="yellow"/>
          <w:lang w:val="en-AU"/>
        </w:rPr>
        <w:t>☐</w:t>
      </w:r>
      <w:r w:rsidRPr="00190314">
        <w:rPr>
          <w:rFonts w:ascii="Arial" w:hAnsi="Arial" w:cs="Arial"/>
          <w:highlight w:val="yellow"/>
          <w:lang w:val="en-AU"/>
        </w:rPr>
        <w:t xml:space="preserve"> Privacy requirements</w:t>
      </w:r>
      <w:r w:rsidRPr="00190314">
        <w:rPr>
          <w:rFonts w:ascii="Arial" w:hAnsi="Arial" w:cs="Arial"/>
          <w:highlight w:val="yellow"/>
          <w:lang w:val="en-AU"/>
        </w:rPr>
        <w:br/>
      </w:r>
      <w:r w:rsidRPr="00190314">
        <w:rPr>
          <w:rFonts w:ascii="Segoe UI Symbol" w:hAnsi="Segoe UI Symbol" w:cs="Segoe UI Symbol"/>
          <w:highlight w:val="yellow"/>
          <w:lang w:val="en-AU"/>
        </w:rPr>
        <w:t>☐</w:t>
      </w:r>
      <w:r w:rsidRPr="00190314">
        <w:rPr>
          <w:rFonts w:ascii="Arial" w:hAnsi="Arial" w:cs="Arial"/>
          <w:highlight w:val="yellow"/>
          <w:lang w:val="en-AU"/>
        </w:rPr>
        <w:t xml:space="preserve"> Role expectations</w:t>
      </w:r>
    </w:p>
    <w:p w14:paraId="07B39EBD" w14:textId="3A4A0B3C" w:rsidR="00190314" w:rsidRPr="00190314" w:rsidRDefault="00190314" w:rsidP="00190314">
      <w:pPr>
        <w:rPr>
          <w:rFonts w:ascii="Arial" w:hAnsi="Arial" w:cs="Arial"/>
          <w:highlight w:val="yellow"/>
          <w:lang w:val="en-AU"/>
        </w:rPr>
      </w:pPr>
      <w:r w:rsidRPr="00190314">
        <w:rPr>
          <w:rFonts w:ascii="Arial" w:hAnsi="Arial" w:cs="Arial"/>
          <w:highlight w:val="yellow"/>
          <w:lang w:val="en-AU"/>
        </w:rPr>
        <w:t>Signature</w:t>
      </w:r>
      <w:r w:rsidR="0044581A">
        <w:rPr>
          <w:rFonts w:ascii="Arial" w:hAnsi="Arial" w:cs="Arial"/>
          <w:highlight w:val="yellow"/>
          <w:lang w:val="en-AU"/>
        </w:rPr>
        <w:t xml:space="preserve"> (where required)</w:t>
      </w:r>
      <w:r w:rsidRPr="00190314">
        <w:rPr>
          <w:rFonts w:ascii="Arial" w:hAnsi="Arial" w:cs="Arial"/>
          <w:highlight w:val="yellow"/>
          <w:lang w:val="en-AU"/>
        </w:rPr>
        <w:t>:</w:t>
      </w:r>
    </w:p>
    <w:p w14:paraId="10DD6F23" w14:textId="77777777" w:rsidR="00190314" w:rsidRPr="00190314" w:rsidRDefault="00190314" w:rsidP="00190314">
      <w:pPr>
        <w:rPr>
          <w:rFonts w:ascii="Arial" w:hAnsi="Arial" w:cs="Arial"/>
          <w:highlight w:val="yellow"/>
          <w:lang w:val="en-AU"/>
        </w:rPr>
      </w:pPr>
      <w:r w:rsidRPr="00190314">
        <w:rPr>
          <w:rFonts w:ascii="Arial" w:hAnsi="Arial" w:cs="Arial"/>
          <w:highlight w:val="yellow"/>
          <w:lang w:val="en-AU"/>
        </w:rPr>
        <w:t>Volunteer Name:</w:t>
      </w:r>
    </w:p>
    <w:p w14:paraId="19FD4737" w14:textId="77777777" w:rsidR="00190314" w:rsidRPr="00190314" w:rsidRDefault="00190314" w:rsidP="00190314">
      <w:pPr>
        <w:rPr>
          <w:rFonts w:ascii="Arial" w:hAnsi="Arial" w:cs="Arial"/>
          <w:highlight w:val="yellow"/>
          <w:lang w:val="en-AU"/>
        </w:rPr>
      </w:pPr>
      <w:r w:rsidRPr="00190314">
        <w:rPr>
          <w:rFonts w:ascii="Arial" w:hAnsi="Arial" w:cs="Arial"/>
          <w:highlight w:val="yellow"/>
          <w:lang w:val="en-AU"/>
        </w:rPr>
        <w:t>Date:</w:t>
      </w:r>
    </w:p>
    <w:p w14:paraId="24A1D6FC" w14:textId="77777777" w:rsidR="00190314" w:rsidRPr="00190314" w:rsidRDefault="00190314" w:rsidP="00190314">
      <w:pPr>
        <w:rPr>
          <w:rFonts w:ascii="Arial" w:hAnsi="Arial" w:cs="Arial"/>
          <w:highlight w:val="yellow"/>
          <w:lang w:val="en-AU"/>
        </w:rPr>
      </w:pPr>
      <w:r w:rsidRPr="00190314">
        <w:rPr>
          <w:rFonts w:ascii="Arial" w:hAnsi="Arial" w:cs="Arial"/>
          <w:highlight w:val="yellow"/>
          <w:lang w:val="en-AU"/>
        </w:rPr>
        <w:t>Coordinator:</w:t>
      </w:r>
    </w:p>
    <w:p w14:paraId="486F062D" w14:textId="77777777" w:rsidR="00190314" w:rsidRPr="00D22148" w:rsidRDefault="00190314" w:rsidP="00D22148">
      <w:pPr>
        <w:rPr>
          <w:rFonts w:ascii="Arial" w:hAnsi="Arial" w:cs="Arial"/>
          <w:b/>
          <w:bCs/>
          <w:highlight w:val="yellow"/>
          <w:lang w:val="en-AU"/>
        </w:rPr>
      </w:pPr>
    </w:p>
    <w:p w14:paraId="0FCFA7FB" w14:textId="613ACCE5" w:rsidR="00D22148" w:rsidRPr="00D22148" w:rsidRDefault="00D22148" w:rsidP="00D22148">
      <w:pPr>
        <w:rPr>
          <w:rFonts w:ascii="Arial" w:hAnsi="Arial" w:cs="Arial"/>
          <w:b/>
          <w:bCs/>
          <w:highlight w:val="yellow"/>
          <w:lang w:val="en-AU"/>
        </w:rPr>
      </w:pPr>
      <w:r w:rsidRPr="00D22148">
        <w:rPr>
          <w:rFonts w:ascii="Arial" w:hAnsi="Arial" w:cs="Arial"/>
          <w:b/>
          <w:bCs/>
          <w:highlight w:val="yellow"/>
          <w:lang w:val="en-AU"/>
        </w:rPr>
        <w:t xml:space="preserve">Appendix </w:t>
      </w:r>
      <w:r w:rsidR="00394CBB">
        <w:rPr>
          <w:rFonts w:ascii="Arial" w:hAnsi="Arial" w:cs="Arial"/>
          <w:b/>
          <w:bCs/>
          <w:highlight w:val="yellow"/>
          <w:lang w:val="en-AU"/>
        </w:rPr>
        <w:t>F</w:t>
      </w:r>
      <w:r w:rsidRPr="00D22148">
        <w:rPr>
          <w:rFonts w:ascii="Arial" w:hAnsi="Arial" w:cs="Arial"/>
          <w:b/>
          <w:bCs/>
          <w:highlight w:val="yellow"/>
          <w:lang w:val="en-AU"/>
        </w:rPr>
        <w:t xml:space="preserve"> – Volunteer Feedback Survey</w:t>
      </w:r>
    </w:p>
    <w:p w14:paraId="2C6BFA89" w14:textId="6FF9C855" w:rsidR="00D22148" w:rsidRDefault="00D22148" w:rsidP="00D22148">
      <w:pPr>
        <w:rPr>
          <w:rFonts w:ascii="Arial" w:hAnsi="Arial" w:cs="Arial"/>
          <w:b/>
          <w:bCs/>
          <w:lang w:val="en-AU"/>
        </w:rPr>
      </w:pPr>
      <w:r w:rsidRPr="00D22148">
        <w:rPr>
          <w:rFonts w:ascii="Arial" w:hAnsi="Arial" w:cs="Arial"/>
          <w:b/>
          <w:bCs/>
          <w:highlight w:val="yellow"/>
          <w:lang w:val="en-AU"/>
        </w:rPr>
        <w:t xml:space="preserve">Appendix </w:t>
      </w:r>
      <w:r w:rsidR="00394CBB">
        <w:rPr>
          <w:rFonts w:ascii="Arial" w:hAnsi="Arial" w:cs="Arial"/>
          <w:b/>
          <w:bCs/>
          <w:highlight w:val="yellow"/>
          <w:lang w:val="en-AU"/>
        </w:rPr>
        <w:t>G</w:t>
      </w:r>
      <w:r w:rsidRPr="00D22148">
        <w:rPr>
          <w:rFonts w:ascii="Arial" w:hAnsi="Arial" w:cs="Arial"/>
          <w:b/>
          <w:bCs/>
          <w:highlight w:val="yellow"/>
          <w:lang w:val="en-AU"/>
        </w:rPr>
        <w:t xml:space="preserve"> – Contact Directory</w:t>
      </w:r>
    </w:p>
    <w:p w14:paraId="51156A2F" w14:textId="77777777" w:rsidR="00394CBB" w:rsidRDefault="00394CBB" w:rsidP="00D22148">
      <w:pPr>
        <w:rPr>
          <w:rFonts w:ascii="Arial" w:hAnsi="Arial" w:cs="Arial"/>
          <w:b/>
          <w:bCs/>
          <w:lang w:val="en-AU"/>
        </w:rPr>
      </w:pPr>
    </w:p>
    <w:p w14:paraId="7833A40F" w14:textId="60D99F5C" w:rsidR="00394CBB" w:rsidRPr="00394CBB" w:rsidRDefault="00394CBB" w:rsidP="00D22148">
      <w:pPr>
        <w:rPr>
          <w:rFonts w:ascii="Arial" w:hAnsi="Arial" w:cs="Arial"/>
          <w:b/>
          <w:bCs/>
          <w:highlight w:val="yellow"/>
          <w:lang w:val="en-AU"/>
        </w:rPr>
      </w:pPr>
      <w:r>
        <w:rPr>
          <w:rFonts w:ascii="Arial" w:hAnsi="Arial" w:cs="Arial"/>
          <w:b/>
          <w:bCs/>
          <w:highlight w:val="yellow"/>
          <w:lang w:val="en-AU"/>
        </w:rPr>
        <w:t xml:space="preserve">Appendix H - </w:t>
      </w:r>
      <w:r w:rsidRPr="00394CBB">
        <w:rPr>
          <w:rFonts w:ascii="Arial" w:hAnsi="Arial" w:cs="Arial"/>
          <w:b/>
          <w:bCs/>
          <w:highlight w:val="yellow"/>
          <w:lang w:val="en-AU"/>
        </w:rPr>
        <w:t>Volunteer Training Matrix</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2"/>
        <w:gridCol w:w="4252"/>
      </w:tblGrid>
      <w:tr w:rsidR="00394CBB" w:rsidRPr="00394CBB" w14:paraId="259E9897" w14:textId="77777777" w:rsidTr="00394CBB">
        <w:trPr>
          <w:tblHeader/>
          <w:tblCellSpacing w:w="15" w:type="dxa"/>
        </w:trPr>
        <w:tc>
          <w:tcPr>
            <w:tcW w:w="2507" w:type="dxa"/>
            <w:vAlign w:val="center"/>
            <w:hideMark/>
          </w:tcPr>
          <w:p w14:paraId="46B76C0D" w14:textId="77777777" w:rsidR="00394CBB" w:rsidRPr="00394CBB" w:rsidRDefault="00394CBB" w:rsidP="00394CBB">
            <w:pPr>
              <w:rPr>
                <w:rFonts w:ascii="Arial" w:hAnsi="Arial" w:cs="Arial"/>
                <w:b/>
                <w:bCs/>
                <w:highlight w:val="yellow"/>
                <w:lang w:val="en-AU"/>
              </w:rPr>
            </w:pPr>
            <w:r w:rsidRPr="00394CBB">
              <w:rPr>
                <w:rFonts w:ascii="Arial" w:hAnsi="Arial" w:cs="Arial"/>
                <w:b/>
                <w:bCs/>
                <w:highlight w:val="yellow"/>
                <w:lang w:val="en-AU"/>
              </w:rPr>
              <w:lastRenderedPageBreak/>
              <w:t>Role</w:t>
            </w:r>
          </w:p>
        </w:tc>
        <w:tc>
          <w:tcPr>
            <w:tcW w:w="4207" w:type="dxa"/>
            <w:vAlign w:val="center"/>
            <w:hideMark/>
          </w:tcPr>
          <w:p w14:paraId="05B9026C" w14:textId="77777777" w:rsidR="00394CBB" w:rsidRPr="00394CBB" w:rsidRDefault="00394CBB" w:rsidP="00394CBB">
            <w:pPr>
              <w:rPr>
                <w:rFonts w:ascii="Arial" w:hAnsi="Arial" w:cs="Arial"/>
                <w:b/>
                <w:bCs/>
                <w:highlight w:val="yellow"/>
                <w:lang w:val="en-AU"/>
              </w:rPr>
            </w:pPr>
            <w:r w:rsidRPr="00394CBB">
              <w:rPr>
                <w:rFonts w:ascii="Arial" w:hAnsi="Arial" w:cs="Arial"/>
                <w:b/>
                <w:bCs/>
                <w:highlight w:val="yellow"/>
                <w:lang w:val="en-AU"/>
              </w:rPr>
              <w:t>Required Training</w:t>
            </w:r>
          </w:p>
        </w:tc>
      </w:tr>
      <w:tr w:rsidR="00394CBB" w:rsidRPr="00394CBB" w14:paraId="79514000" w14:textId="77777777" w:rsidTr="00394CBB">
        <w:trPr>
          <w:tblCellSpacing w:w="15" w:type="dxa"/>
        </w:trPr>
        <w:tc>
          <w:tcPr>
            <w:tcW w:w="2507" w:type="dxa"/>
            <w:vAlign w:val="center"/>
            <w:hideMark/>
          </w:tcPr>
          <w:p w14:paraId="5050AAE7" w14:textId="77777777" w:rsidR="00394CBB" w:rsidRPr="00394CBB" w:rsidRDefault="00394CBB" w:rsidP="00394CBB">
            <w:pPr>
              <w:rPr>
                <w:rFonts w:ascii="Arial" w:hAnsi="Arial" w:cs="Arial"/>
                <w:highlight w:val="yellow"/>
                <w:lang w:val="en-AU"/>
              </w:rPr>
            </w:pPr>
            <w:r w:rsidRPr="00394CBB">
              <w:rPr>
                <w:rFonts w:ascii="Arial" w:hAnsi="Arial" w:cs="Arial"/>
                <w:highlight w:val="yellow"/>
                <w:lang w:val="en-AU"/>
              </w:rPr>
              <w:t>Coach</w:t>
            </w:r>
          </w:p>
        </w:tc>
        <w:tc>
          <w:tcPr>
            <w:tcW w:w="4207" w:type="dxa"/>
            <w:vAlign w:val="center"/>
            <w:hideMark/>
          </w:tcPr>
          <w:p w14:paraId="41B935C9" w14:textId="77777777" w:rsidR="00394CBB" w:rsidRPr="00394CBB" w:rsidRDefault="00394CBB" w:rsidP="00394CBB">
            <w:pPr>
              <w:rPr>
                <w:rFonts w:ascii="Arial" w:hAnsi="Arial" w:cs="Arial"/>
                <w:highlight w:val="yellow"/>
                <w:lang w:val="en-AU"/>
              </w:rPr>
            </w:pPr>
            <w:r w:rsidRPr="00394CBB">
              <w:rPr>
                <w:rFonts w:ascii="Arial" w:hAnsi="Arial" w:cs="Arial"/>
                <w:highlight w:val="yellow"/>
                <w:lang w:val="en-AU"/>
              </w:rPr>
              <w:t>Coaching accreditation, Child Safe</w:t>
            </w:r>
          </w:p>
        </w:tc>
      </w:tr>
      <w:tr w:rsidR="00394CBB" w:rsidRPr="00394CBB" w14:paraId="38BCED86" w14:textId="77777777" w:rsidTr="00394CBB">
        <w:trPr>
          <w:tblCellSpacing w:w="15" w:type="dxa"/>
        </w:trPr>
        <w:tc>
          <w:tcPr>
            <w:tcW w:w="2507" w:type="dxa"/>
            <w:vAlign w:val="center"/>
            <w:hideMark/>
          </w:tcPr>
          <w:p w14:paraId="3D1133FD" w14:textId="77777777" w:rsidR="00394CBB" w:rsidRPr="00394CBB" w:rsidRDefault="00394CBB" w:rsidP="00394CBB">
            <w:pPr>
              <w:rPr>
                <w:rFonts w:ascii="Arial" w:hAnsi="Arial" w:cs="Arial"/>
                <w:highlight w:val="yellow"/>
                <w:lang w:val="en-AU"/>
              </w:rPr>
            </w:pPr>
            <w:r w:rsidRPr="00394CBB">
              <w:rPr>
                <w:rFonts w:ascii="Arial" w:hAnsi="Arial" w:cs="Arial"/>
                <w:highlight w:val="yellow"/>
                <w:lang w:val="en-AU"/>
              </w:rPr>
              <w:t>Team Manager</w:t>
            </w:r>
          </w:p>
        </w:tc>
        <w:tc>
          <w:tcPr>
            <w:tcW w:w="4207" w:type="dxa"/>
            <w:vAlign w:val="center"/>
            <w:hideMark/>
          </w:tcPr>
          <w:p w14:paraId="580451A4" w14:textId="77777777" w:rsidR="00394CBB" w:rsidRPr="00394CBB" w:rsidRDefault="00394CBB" w:rsidP="00394CBB">
            <w:pPr>
              <w:rPr>
                <w:rFonts w:ascii="Arial" w:hAnsi="Arial" w:cs="Arial"/>
                <w:highlight w:val="yellow"/>
                <w:lang w:val="en-AU"/>
              </w:rPr>
            </w:pPr>
            <w:r w:rsidRPr="00394CBB">
              <w:rPr>
                <w:rFonts w:ascii="Arial" w:hAnsi="Arial" w:cs="Arial"/>
                <w:highlight w:val="yellow"/>
                <w:lang w:val="en-AU"/>
              </w:rPr>
              <w:t>Team management, Child Safe</w:t>
            </w:r>
          </w:p>
        </w:tc>
      </w:tr>
      <w:tr w:rsidR="00394CBB" w:rsidRPr="00394CBB" w14:paraId="4FB5FB65" w14:textId="77777777" w:rsidTr="00394CBB">
        <w:trPr>
          <w:tblCellSpacing w:w="15" w:type="dxa"/>
        </w:trPr>
        <w:tc>
          <w:tcPr>
            <w:tcW w:w="2507" w:type="dxa"/>
            <w:vAlign w:val="center"/>
            <w:hideMark/>
          </w:tcPr>
          <w:p w14:paraId="42F10B91" w14:textId="77777777" w:rsidR="00394CBB" w:rsidRPr="00394CBB" w:rsidRDefault="00394CBB" w:rsidP="00394CBB">
            <w:pPr>
              <w:rPr>
                <w:rFonts w:ascii="Arial" w:hAnsi="Arial" w:cs="Arial"/>
                <w:highlight w:val="yellow"/>
                <w:lang w:val="en-AU"/>
              </w:rPr>
            </w:pPr>
            <w:r w:rsidRPr="00394CBB">
              <w:rPr>
                <w:rFonts w:ascii="Arial" w:hAnsi="Arial" w:cs="Arial"/>
                <w:highlight w:val="yellow"/>
                <w:lang w:val="en-AU"/>
              </w:rPr>
              <w:t>Committee</w:t>
            </w:r>
          </w:p>
        </w:tc>
        <w:tc>
          <w:tcPr>
            <w:tcW w:w="4207" w:type="dxa"/>
            <w:vAlign w:val="center"/>
            <w:hideMark/>
          </w:tcPr>
          <w:p w14:paraId="34558401" w14:textId="77777777" w:rsidR="00394CBB" w:rsidRPr="00394CBB" w:rsidRDefault="00394CBB" w:rsidP="00394CBB">
            <w:pPr>
              <w:rPr>
                <w:rFonts w:ascii="Arial" w:hAnsi="Arial" w:cs="Arial"/>
                <w:highlight w:val="yellow"/>
                <w:lang w:val="en-AU"/>
              </w:rPr>
            </w:pPr>
            <w:r w:rsidRPr="00394CBB">
              <w:rPr>
                <w:rFonts w:ascii="Arial" w:hAnsi="Arial" w:cs="Arial"/>
                <w:highlight w:val="yellow"/>
                <w:lang w:val="en-AU"/>
              </w:rPr>
              <w:t>Governance training</w:t>
            </w:r>
          </w:p>
        </w:tc>
      </w:tr>
      <w:tr w:rsidR="00394CBB" w:rsidRPr="00394CBB" w14:paraId="7EFDB414" w14:textId="77777777" w:rsidTr="00394CBB">
        <w:trPr>
          <w:tblCellSpacing w:w="15" w:type="dxa"/>
        </w:trPr>
        <w:tc>
          <w:tcPr>
            <w:tcW w:w="2507" w:type="dxa"/>
            <w:vAlign w:val="center"/>
            <w:hideMark/>
          </w:tcPr>
          <w:p w14:paraId="137A3426" w14:textId="77777777" w:rsidR="00394CBB" w:rsidRPr="00394CBB" w:rsidRDefault="00394CBB" w:rsidP="00394CBB">
            <w:pPr>
              <w:rPr>
                <w:rFonts w:ascii="Arial" w:hAnsi="Arial" w:cs="Arial"/>
                <w:highlight w:val="yellow"/>
                <w:lang w:val="en-AU"/>
              </w:rPr>
            </w:pPr>
            <w:r w:rsidRPr="00394CBB">
              <w:rPr>
                <w:rFonts w:ascii="Arial" w:hAnsi="Arial" w:cs="Arial"/>
                <w:highlight w:val="yellow"/>
                <w:lang w:val="en-AU"/>
              </w:rPr>
              <w:t>Scorer</w:t>
            </w:r>
          </w:p>
        </w:tc>
        <w:tc>
          <w:tcPr>
            <w:tcW w:w="4207" w:type="dxa"/>
            <w:vAlign w:val="center"/>
            <w:hideMark/>
          </w:tcPr>
          <w:p w14:paraId="522F6334" w14:textId="77777777" w:rsidR="00394CBB" w:rsidRPr="00394CBB" w:rsidRDefault="00394CBB" w:rsidP="00394CBB">
            <w:pPr>
              <w:rPr>
                <w:rFonts w:ascii="Arial" w:hAnsi="Arial" w:cs="Arial"/>
                <w:highlight w:val="yellow"/>
                <w:lang w:val="en-AU"/>
              </w:rPr>
            </w:pPr>
            <w:r w:rsidRPr="00394CBB">
              <w:rPr>
                <w:rFonts w:ascii="Arial" w:hAnsi="Arial" w:cs="Arial"/>
                <w:highlight w:val="yellow"/>
                <w:lang w:val="en-AU"/>
              </w:rPr>
              <w:t>Scoring workshop</w:t>
            </w:r>
          </w:p>
        </w:tc>
      </w:tr>
      <w:tr w:rsidR="00394CBB" w:rsidRPr="00394CBB" w14:paraId="41D11006" w14:textId="77777777" w:rsidTr="00394CBB">
        <w:trPr>
          <w:tblCellSpacing w:w="15" w:type="dxa"/>
        </w:trPr>
        <w:tc>
          <w:tcPr>
            <w:tcW w:w="2507" w:type="dxa"/>
            <w:vAlign w:val="center"/>
            <w:hideMark/>
          </w:tcPr>
          <w:p w14:paraId="65F25C93" w14:textId="77777777" w:rsidR="00394CBB" w:rsidRPr="00394CBB" w:rsidRDefault="00394CBB" w:rsidP="00394CBB">
            <w:pPr>
              <w:rPr>
                <w:rFonts w:ascii="Arial" w:hAnsi="Arial" w:cs="Arial"/>
                <w:highlight w:val="yellow"/>
                <w:lang w:val="en-AU"/>
              </w:rPr>
            </w:pPr>
            <w:r w:rsidRPr="00394CBB">
              <w:rPr>
                <w:rFonts w:ascii="Arial" w:hAnsi="Arial" w:cs="Arial"/>
                <w:highlight w:val="yellow"/>
                <w:lang w:val="en-AU"/>
              </w:rPr>
              <w:t>MPIO</w:t>
            </w:r>
          </w:p>
        </w:tc>
        <w:tc>
          <w:tcPr>
            <w:tcW w:w="4207" w:type="dxa"/>
            <w:vAlign w:val="center"/>
            <w:hideMark/>
          </w:tcPr>
          <w:p w14:paraId="1DD6503E" w14:textId="77777777" w:rsidR="00394CBB" w:rsidRPr="00394CBB" w:rsidRDefault="00394CBB" w:rsidP="00394CBB">
            <w:pPr>
              <w:rPr>
                <w:rFonts w:ascii="Arial" w:hAnsi="Arial" w:cs="Arial"/>
                <w:highlight w:val="yellow"/>
                <w:lang w:val="en-AU"/>
              </w:rPr>
            </w:pPr>
            <w:r w:rsidRPr="00394CBB">
              <w:rPr>
                <w:rFonts w:ascii="Arial" w:hAnsi="Arial" w:cs="Arial"/>
                <w:highlight w:val="yellow"/>
                <w:lang w:val="en-AU"/>
              </w:rPr>
              <w:t>Member Protection training</w:t>
            </w:r>
          </w:p>
        </w:tc>
      </w:tr>
      <w:tr w:rsidR="00394CBB" w:rsidRPr="00394CBB" w14:paraId="553EF713" w14:textId="77777777" w:rsidTr="00394CBB">
        <w:trPr>
          <w:tblCellSpacing w:w="15" w:type="dxa"/>
        </w:trPr>
        <w:tc>
          <w:tcPr>
            <w:tcW w:w="2507" w:type="dxa"/>
            <w:vAlign w:val="center"/>
            <w:hideMark/>
          </w:tcPr>
          <w:p w14:paraId="0C60842F" w14:textId="77777777" w:rsidR="00394CBB" w:rsidRPr="00394CBB" w:rsidRDefault="00394CBB" w:rsidP="00394CBB">
            <w:pPr>
              <w:rPr>
                <w:rFonts w:ascii="Arial" w:hAnsi="Arial" w:cs="Arial"/>
                <w:highlight w:val="yellow"/>
                <w:lang w:val="en-AU"/>
              </w:rPr>
            </w:pPr>
            <w:r w:rsidRPr="00394CBB">
              <w:rPr>
                <w:rFonts w:ascii="Arial" w:hAnsi="Arial" w:cs="Arial"/>
                <w:highlight w:val="yellow"/>
                <w:lang w:val="en-AU"/>
              </w:rPr>
              <w:t>Blast Coordinator</w:t>
            </w:r>
          </w:p>
        </w:tc>
        <w:tc>
          <w:tcPr>
            <w:tcW w:w="4207" w:type="dxa"/>
            <w:vAlign w:val="center"/>
            <w:hideMark/>
          </w:tcPr>
          <w:p w14:paraId="6DBBB5EB" w14:textId="77777777" w:rsidR="00394CBB" w:rsidRPr="00394CBB" w:rsidRDefault="00394CBB" w:rsidP="00394CBB">
            <w:pPr>
              <w:rPr>
                <w:rFonts w:ascii="Arial" w:hAnsi="Arial" w:cs="Arial"/>
                <w:lang w:val="en-AU"/>
              </w:rPr>
            </w:pPr>
            <w:r w:rsidRPr="00394CBB">
              <w:rPr>
                <w:rFonts w:ascii="Arial" w:hAnsi="Arial" w:cs="Arial"/>
                <w:highlight w:val="yellow"/>
                <w:lang w:val="en-AU"/>
              </w:rPr>
              <w:t>Cricket Australia accreditation</w:t>
            </w:r>
          </w:p>
        </w:tc>
      </w:tr>
    </w:tbl>
    <w:p w14:paraId="08551219" w14:textId="77777777" w:rsidR="00394CBB" w:rsidRPr="00D22148" w:rsidRDefault="00394CBB" w:rsidP="00D22148">
      <w:pPr>
        <w:rPr>
          <w:rFonts w:ascii="Arial" w:hAnsi="Arial" w:cs="Arial"/>
          <w:b/>
          <w:bCs/>
          <w:lang w:val="en-AU"/>
        </w:rPr>
      </w:pPr>
    </w:p>
    <w:p w14:paraId="1DFAE36A" w14:textId="45773602" w:rsidR="0005441E" w:rsidRPr="0005441E" w:rsidRDefault="0005441E">
      <w:pPr>
        <w:rPr>
          <w:rFonts w:ascii="Arial" w:hAnsi="Arial" w:cs="Arial"/>
        </w:rPr>
      </w:pPr>
    </w:p>
    <w:sectPr w:rsidR="0005441E" w:rsidRPr="0005441E" w:rsidSect="0044581A">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BD89D" w14:textId="77777777" w:rsidR="006A1302" w:rsidRDefault="006A1302" w:rsidP="00C32E97">
      <w:pPr>
        <w:spacing w:after="0" w:line="240" w:lineRule="auto"/>
      </w:pPr>
      <w:r>
        <w:separator/>
      </w:r>
    </w:p>
  </w:endnote>
  <w:endnote w:type="continuationSeparator" w:id="0">
    <w:p w14:paraId="4304C799" w14:textId="77777777" w:rsidR="006A1302" w:rsidRDefault="006A1302" w:rsidP="00C32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E610" w14:textId="77777777" w:rsidR="00491550" w:rsidRDefault="00491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5307387"/>
      <w:docPartObj>
        <w:docPartGallery w:val="Page Numbers (Bottom of Page)"/>
        <w:docPartUnique/>
      </w:docPartObj>
    </w:sdtPr>
    <w:sdtEndPr>
      <w:rPr>
        <w:noProof/>
      </w:rPr>
    </w:sdtEndPr>
    <w:sdtContent>
      <w:p w14:paraId="12E1590D" w14:textId="0FAEDF75" w:rsidR="0044581A" w:rsidRDefault="0044581A">
        <w:pPr>
          <w:pStyle w:val="Footer"/>
          <w:jc w:val="center"/>
        </w:pPr>
        <w:r w:rsidRPr="00491550">
          <w:rPr>
            <w:rFonts w:ascii="Arial" w:hAnsi="Arial" w:cs="Arial"/>
          </w:rPr>
          <w:fldChar w:fldCharType="begin"/>
        </w:r>
        <w:r w:rsidRPr="00491550">
          <w:rPr>
            <w:rFonts w:ascii="Arial" w:hAnsi="Arial" w:cs="Arial"/>
          </w:rPr>
          <w:instrText xml:space="preserve"> PAGE   \* MERGEFORMAT </w:instrText>
        </w:r>
        <w:r w:rsidRPr="00491550">
          <w:rPr>
            <w:rFonts w:ascii="Arial" w:hAnsi="Arial" w:cs="Arial"/>
          </w:rPr>
          <w:fldChar w:fldCharType="separate"/>
        </w:r>
        <w:r w:rsidRPr="00491550">
          <w:rPr>
            <w:rFonts w:ascii="Arial" w:hAnsi="Arial" w:cs="Arial"/>
            <w:noProof/>
          </w:rPr>
          <w:t>2</w:t>
        </w:r>
        <w:r w:rsidRPr="00491550">
          <w:rPr>
            <w:rFonts w:ascii="Arial" w:hAnsi="Arial" w:cs="Arial"/>
            <w:noProof/>
          </w:rPr>
          <w:fldChar w:fldCharType="end"/>
        </w:r>
      </w:p>
    </w:sdtContent>
  </w:sdt>
  <w:p w14:paraId="6BB11BA8" w14:textId="77777777" w:rsidR="0044581A" w:rsidRDefault="004458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F069F" w14:textId="77777777" w:rsidR="00491550" w:rsidRDefault="00491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4FC96" w14:textId="77777777" w:rsidR="006A1302" w:rsidRDefault="006A1302" w:rsidP="00C32E97">
      <w:pPr>
        <w:spacing w:after="0" w:line="240" w:lineRule="auto"/>
      </w:pPr>
      <w:r>
        <w:separator/>
      </w:r>
    </w:p>
  </w:footnote>
  <w:footnote w:type="continuationSeparator" w:id="0">
    <w:p w14:paraId="758D3944" w14:textId="77777777" w:rsidR="006A1302" w:rsidRDefault="006A1302" w:rsidP="00C32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63FE" w14:textId="77777777" w:rsidR="00491550" w:rsidRDefault="00491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1B83" w14:textId="0E2BD854" w:rsidR="00C32E97" w:rsidRPr="0044581A" w:rsidRDefault="0044581A" w:rsidP="0044581A">
    <w:pPr>
      <w:pStyle w:val="Header"/>
      <w:rPr>
        <w:rFonts w:ascii="Arial" w:hAnsi="Arial" w:cs="Arial"/>
        <w:b/>
        <w:bCs/>
        <w:lang w:val="en-AU"/>
      </w:rPr>
    </w:pPr>
    <w:r w:rsidRPr="00C32E97">
      <w:rPr>
        <w:rFonts w:ascii="Arial" w:eastAsia="Arial" w:hAnsi="Arial" w:cs="Arial"/>
        <w:b/>
        <w:bCs/>
        <w:i/>
        <w:iCs/>
        <w:noProof/>
        <w:color w:val="800000"/>
        <w:sz w:val="32"/>
        <w:szCs w:val="32"/>
      </w:rPr>
      <w:drawing>
        <wp:anchor distT="0" distB="0" distL="0" distR="0" simplePos="0" relativeHeight="251664384" behindDoc="0" locked="0" layoutInCell="1" allowOverlap="1" wp14:anchorId="05E00E83" wp14:editId="4C098F2D">
          <wp:simplePos x="0" y="0"/>
          <wp:positionH relativeFrom="page">
            <wp:posOffset>6581692</wp:posOffset>
          </wp:positionH>
          <wp:positionV relativeFrom="paragraph">
            <wp:posOffset>-341906</wp:posOffset>
          </wp:positionV>
          <wp:extent cx="946785" cy="792480"/>
          <wp:effectExtent l="0" t="0" r="5715" b="7620"/>
          <wp:wrapNone/>
          <wp:docPr id="146020040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6785" cy="792480"/>
                  </a:xfrm>
                  <a:prstGeom prst="rect">
                    <a:avLst/>
                  </a:prstGeom>
                  <a:noFill/>
                </pic:spPr>
              </pic:pic>
            </a:graphicData>
          </a:graphic>
          <wp14:sizeRelH relativeFrom="page">
            <wp14:pctWidth>0</wp14:pctWidth>
          </wp14:sizeRelH>
          <wp14:sizeRelV relativeFrom="page">
            <wp14:pctHeight>0</wp14:pctHeight>
          </wp14:sizeRelV>
        </wp:anchor>
      </w:drawing>
    </w:r>
    <w:r w:rsidRPr="0044581A">
      <w:rPr>
        <w:rFonts w:ascii="Arial" w:hAnsi="Arial" w:cs="Arial"/>
        <w:b/>
        <w:bCs/>
        <w:lang w:val="en-AU"/>
      </w:rPr>
      <w:tab/>
      <w:t>Volunteer Framework 2026-2028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1FA34" w14:textId="3E19C010" w:rsidR="0044581A" w:rsidRPr="00C32E97" w:rsidRDefault="0044581A" w:rsidP="0044581A">
    <w:pPr>
      <w:pStyle w:val="Heading1"/>
      <w:rPr>
        <w:rFonts w:ascii="Arial" w:hAnsi="Arial" w:cs="Arial"/>
        <w:color w:val="auto"/>
      </w:rPr>
    </w:pPr>
    <w:r w:rsidRPr="00C32E97">
      <w:rPr>
        <w:rFonts w:ascii="Arial" w:eastAsia="Arial" w:hAnsi="Arial" w:cs="Arial"/>
        <w:i/>
        <w:iCs/>
        <w:noProof/>
        <w:color w:val="800000"/>
        <w:sz w:val="32"/>
        <w:szCs w:val="32"/>
      </w:rPr>
      <w:drawing>
        <wp:anchor distT="0" distB="0" distL="0" distR="0" simplePos="0" relativeHeight="251662336" behindDoc="0" locked="0" layoutInCell="1" allowOverlap="1" wp14:anchorId="206BB79F" wp14:editId="5F700B74">
          <wp:simplePos x="0" y="0"/>
          <wp:positionH relativeFrom="page">
            <wp:posOffset>6628130</wp:posOffset>
          </wp:positionH>
          <wp:positionV relativeFrom="paragraph">
            <wp:posOffset>-154305</wp:posOffset>
          </wp:positionV>
          <wp:extent cx="946785" cy="792480"/>
          <wp:effectExtent l="0" t="0" r="5715" b="7620"/>
          <wp:wrapNone/>
          <wp:docPr id="22198406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6785" cy="792480"/>
                  </a:xfrm>
                  <a:prstGeom prst="rect">
                    <a:avLst/>
                  </a:prstGeom>
                  <a:noFill/>
                </pic:spPr>
              </pic:pic>
            </a:graphicData>
          </a:graphic>
          <wp14:sizeRelH relativeFrom="page">
            <wp14:pctWidth>0</wp14:pctWidth>
          </wp14:sizeRelH>
          <wp14:sizeRelV relativeFrom="page">
            <wp14:pctHeight>0</wp14:pctHeight>
          </wp14:sizeRelV>
        </wp:anchor>
      </w:drawing>
    </w:r>
    <w:r w:rsidRPr="00C32E97">
      <w:rPr>
        <w:rFonts w:ascii="Arial" w:hAnsi="Arial" w:cs="Arial"/>
        <w:color w:val="auto"/>
      </w:rPr>
      <w:t>Wollongong District Cricket Club</w:t>
    </w:r>
    <w:r w:rsidRPr="00C32E97">
      <w:rPr>
        <w:rFonts w:ascii="Arial" w:hAnsi="Arial" w:cs="Arial"/>
        <w:color w:val="auto"/>
      </w:rPr>
      <w:br/>
      <w:t xml:space="preserve">Volunteer </w:t>
    </w:r>
    <w:r>
      <w:rPr>
        <w:rFonts w:ascii="Arial" w:hAnsi="Arial" w:cs="Arial"/>
        <w:color w:val="auto"/>
      </w:rPr>
      <w:t>Framework</w:t>
    </w:r>
    <w:r w:rsidRPr="00C32E97">
      <w:rPr>
        <w:rFonts w:ascii="Arial" w:hAnsi="Arial" w:cs="Arial"/>
        <w:color w:val="auto"/>
      </w:rPr>
      <w:t xml:space="preserve"> 2026–202</w:t>
    </w:r>
    <w:r>
      <w:rPr>
        <w:rFonts w:ascii="Arial" w:hAnsi="Arial" w:cs="Arial"/>
        <w:color w:val="auto"/>
      </w:rPr>
      <w:t>8</w:t>
    </w:r>
  </w:p>
  <w:p w14:paraId="58286306" w14:textId="77777777" w:rsidR="0044581A" w:rsidRPr="00FD6AE1" w:rsidRDefault="0044581A" w:rsidP="0044581A">
    <w:pPr>
      <w:rPr>
        <w:rFonts w:ascii="Arial" w:hAnsi="Arial" w:cs="Arial"/>
        <w:b/>
      </w:rPr>
    </w:pPr>
    <w:r w:rsidRPr="00C32E97">
      <w:rPr>
        <w:rFonts w:ascii="Arial" w:hAnsi="Arial" w:cs="Arial"/>
        <w:b/>
      </w:rPr>
      <w:t>Building a Strong Volunteer Culture</w:t>
    </w:r>
  </w:p>
  <w:p w14:paraId="7AA2E18C" w14:textId="77777777" w:rsidR="0044581A" w:rsidRDefault="004458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1270DC"/>
    <w:multiLevelType w:val="multilevel"/>
    <w:tmpl w:val="023E6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21E68A7"/>
    <w:multiLevelType w:val="multilevel"/>
    <w:tmpl w:val="5448E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BF7A05"/>
    <w:multiLevelType w:val="multilevel"/>
    <w:tmpl w:val="AA2E5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38D66A5"/>
    <w:multiLevelType w:val="multilevel"/>
    <w:tmpl w:val="08668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732BB8"/>
    <w:multiLevelType w:val="multilevel"/>
    <w:tmpl w:val="C2AAA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7A5789"/>
    <w:multiLevelType w:val="multilevel"/>
    <w:tmpl w:val="B9406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4B21D9"/>
    <w:multiLevelType w:val="multilevel"/>
    <w:tmpl w:val="66F6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EC425D5"/>
    <w:multiLevelType w:val="hybridMultilevel"/>
    <w:tmpl w:val="198EAF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00E160A"/>
    <w:multiLevelType w:val="multilevel"/>
    <w:tmpl w:val="8744A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2A7EE8"/>
    <w:multiLevelType w:val="hybridMultilevel"/>
    <w:tmpl w:val="9AA639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E637513"/>
    <w:multiLevelType w:val="hybridMultilevel"/>
    <w:tmpl w:val="47E8F2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01046E3"/>
    <w:multiLevelType w:val="multilevel"/>
    <w:tmpl w:val="4A064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2780488"/>
    <w:multiLevelType w:val="multilevel"/>
    <w:tmpl w:val="2AEE7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082418"/>
    <w:multiLevelType w:val="multilevel"/>
    <w:tmpl w:val="CCD2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9C35297"/>
    <w:multiLevelType w:val="hybridMultilevel"/>
    <w:tmpl w:val="5A08617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DAB24D5"/>
    <w:multiLevelType w:val="multilevel"/>
    <w:tmpl w:val="8A26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CD25E1"/>
    <w:multiLevelType w:val="hybridMultilevel"/>
    <w:tmpl w:val="5A0861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2D01686"/>
    <w:multiLevelType w:val="multilevel"/>
    <w:tmpl w:val="B0BA6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386623B"/>
    <w:multiLevelType w:val="multilevel"/>
    <w:tmpl w:val="65F29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9E1BAA"/>
    <w:multiLevelType w:val="multilevel"/>
    <w:tmpl w:val="02745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7C6B03"/>
    <w:multiLevelType w:val="multilevel"/>
    <w:tmpl w:val="37D2F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C122DF7"/>
    <w:multiLevelType w:val="multilevel"/>
    <w:tmpl w:val="36F49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C6B068B"/>
    <w:multiLevelType w:val="multilevel"/>
    <w:tmpl w:val="6CCEB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28A5959"/>
    <w:multiLevelType w:val="multilevel"/>
    <w:tmpl w:val="E94E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D937FF"/>
    <w:multiLevelType w:val="multilevel"/>
    <w:tmpl w:val="ED904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174CDB"/>
    <w:multiLevelType w:val="multilevel"/>
    <w:tmpl w:val="483EF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F27261"/>
    <w:multiLevelType w:val="hybridMultilevel"/>
    <w:tmpl w:val="F87406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3A2341E"/>
    <w:multiLevelType w:val="multilevel"/>
    <w:tmpl w:val="2246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682FA6"/>
    <w:multiLevelType w:val="multilevel"/>
    <w:tmpl w:val="4932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73376B8"/>
    <w:multiLevelType w:val="multilevel"/>
    <w:tmpl w:val="7DB61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C62498"/>
    <w:multiLevelType w:val="hybridMultilevel"/>
    <w:tmpl w:val="62BA1478"/>
    <w:lvl w:ilvl="0" w:tplc="FFFFFFF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695B2376"/>
    <w:multiLevelType w:val="multilevel"/>
    <w:tmpl w:val="2D02F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EFD40A7"/>
    <w:multiLevelType w:val="multilevel"/>
    <w:tmpl w:val="254C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0DD2A86"/>
    <w:multiLevelType w:val="multilevel"/>
    <w:tmpl w:val="06C8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3386BCB"/>
    <w:multiLevelType w:val="multilevel"/>
    <w:tmpl w:val="559C9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122168"/>
    <w:multiLevelType w:val="multilevel"/>
    <w:tmpl w:val="79CE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14667A"/>
    <w:multiLevelType w:val="multilevel"/>
    <w:tmpl w:val="5FCEC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6471DF"/>
    <w:multiLevelType w:val="multilevel"/>
    <w:tmpl w:val="A9745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6E046F"/>
    <w:multiLevelType w:val="multilevel"/>
    <w:tmpl w:val="709A3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8380837">
    <w:abstractNumId w:val="8"/>
  </w:num>
  <w:num w:numId="2" w16cid:durableId="188220765">
    <w:abstractNumId w:val="6"/>
  </w:num>
  <w:num w:numId="3" w16cid:durableId="1080492222">
    <w:abstractNumId w:val="5"/>
  </w:num>
  <w:num w:numId="4" w16cid:durableId="1052509369">
    <w:abstractNumId w:val="4"/>
  </w:num>
  <w:num w:numId="5" w16cid:durableId="1481266824">
    <w:abstractNumId w:val="7"/>
  </w:num>
  <w:num w:numId="6" w16cid:durableId="1817143209">
    <w:abstractNumId w:val="3"/>
  </w:num>
  <w:num w:numId="7" w16cid:durableId="1706829889">
    <w:abstractNumId w:val="2"/>
  </w:num>
  <w:num w:numId="8" w16cid:durableId="1809012912">
    <w:abstractNumId w:val="1"/>
  </w:num>
  <w:num w:numId="9" w16cid:durableId="2038043105">
    <w:abstractNumId w:val="0"/>
  </w:num>
  <w:num w:numId="10" w16cid:durableId="3174641">
    <w:abstractNumId w:val="43"/>
  </w:num>
  <w:num w:numId="11" w16cid:durableId="971205185">
    <w:abstractNumId w:val="46"/>
  </w:num>
  <w:num w:numId="12" w16cid:durableId="1180201524">
    <w:abstractNumId w:val="11"/>
  </w:num>
  <w:num w:numId="13" w16cid:durableId="1456409672">
    <w:abstractNumId w:val="12"/>
  </w:num>
  <w:num w:numId="14" w16cid:durableId="1139881032">
    <w:abstractNumId w:val="40"/>
  </w:num>
  <w:num w:numId="15" w16cid:durableId="1001465615">
    <w:abstractNumId w:val="41"/>
  </w:num>
  <w:num w:numId="16" w16cid:durableId="638462252">
    <w:abstractNumId w:val="26"/>
  </w:num>
  <w:num w:numId="17" w16cid:durableId="1003822816">
    <w:abstractNumId w:val="29"/>
  </w:num>
  <w:num w:numId="18" w16cid:durableId="1870341236">
    <w:abstractNumId w:val="31"/>
  </w:num>
  <w:num w:numId="19" w16cid:durableId="28337068">
    <w:abstractNumId w:val="24"/>
  </w:num>
  <w:num w:numId="20" w16cid:durableId="1158308214">
    <w:abstractNumId w:val="14"/>
  </w:num>
  <w:num w:numId="21" w16cid:durableId="1892575211">
    <w:abstractNumId w:val="13"/>
  </w:num>
  <w:num w:numId="22" w16cid:durableId="882407496">
    <w:abstractNumId w:val="21"/>
  </w:num>
  <w:num w:numId="23" w16cid:durableId="211968877">
    <w:abstractNumId w:val="10"/>
  </w:num>
  <w:num w:numId="24" w16cid:durableId="1894195740">
    <w:abstractNumId w:val="28"/>
  </w:num>
  <w:num w:numId="25" w16cid:durableId="1996296518">
    <w:abstractNumId w:val="37"/>
  </w:num>
  <w:num w:numId="26" w16cid:durableId="654144435">
    <w:abstractNumId w:val="30"/>
  </w:num>
  <w:num w:numId="27" w16cid:durableId="271017844">
    <w:abstractNumId w:val="23"/>
  </w:num>
  <w:num w:numId="28" w16cid:durableId="961762034">
    <w:abstractNumId w:val="35"/>
  </w:num>
  <w:num w:numId="29" w16cid:durableId="1200775967">
    <w:abstractNumId w:val="42"/>
  </w:num>
  <w:num w:numId="30" w16cid:durableId="1352535314">
    <w:abstractNumId w:val="45"/>
  </w:num>
  <w:num w:numId="31" w16cid:durableId="90204233">
    <w:abstractNumId w:val="33"/>
  </w:num>
  <w:num w:numId="32" w16cid:durableId="1598906017">
    <w:abstractNumId w:val="38"/>
  </w:num>
  <w:num w:numId="33" w16cid:durableId="39673408">
    <w:abstractNumId w:val="22"/>
  </w:num>
  <w:num w:numId="34" w16cid:durableId="1487622604">
    <w:abstractNumId w:val="25"/>
  </w:num>
  <w:num w:numId="35" w16cid:durableId="832374365">
    <w:abstractNumId w:val="39"/>
  </w:num>
  <w:num w:numId="36" w16cid:durableId="7964">
    <w:abstractNumId w:val="44"/>
  </w:num>
  <w:num w:numId="37" w16cid:durableId="78212839">
    <w:abstractNumId w:val="32"/>
  </w:num>
  <w:num w:numId="38" w16cid:durableId="37945616">
    <w:abstractNumId w:val="47"/>
  </w:num>
  <w:num w:numId="39" w16cid:durableId="1436825121">
    <w:abstractNumId w:val="17"/>
  </w:num>
  <w:num w:numId="40" w16cid:durableId="1138769036">
    <w:abstractNumId w:val="36"/>
  </w:num>
  <w:num w:numId="41" w16cid:durableId="2073379917">
    <w:abstractNumId w:val="15"/>
  </w:num>
  <w:num w:numId="42" w16cid:durableId="1951887306">
    <w:abstractNumId w:val="34"/>
  </w:num>
  <w:num w:numId="43" w16cid:durableId="507908110">
    <w:abstractNumId w:val="20"/>
  </w:num>
  <w:num w:numId="44" w16cid:durableId="88160279">
    <w:abstractNumId w:val="18"/>
  </w:num>
  <w:num w:numId="45" w16cid:durableId="1894854141">
    <w:abstractNumId w:val="16"/>
  </w:num>
  <w:num w:numId="46" w16cid:durableId="476459228">
    <w:abstractNumId w:val="19"/>
  </w:num>
  <w:num w:numId="47" w16cid:durableId="1535924167">
    <w:abstractNumId w:val="9"/>
  </w:num>
  <w:num w:numId="48" w16cid:durableId="6688713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61D"/>
    <w:rsid w:val="0005441E"/>
    <w:rsid w:val="0006063C"/>
    <w:rsid w:val="0015074B"/>
    <w:rsid w:val="00190314"/>
    <w:rsid w:val="0029639D"/>
    <w:rsid w:val="002B538C"/>
    <w:rsid w:val="00326F90"/>
    <w:rsid w:val="003633E1"/>
    <w:rsid w:val="00392D74"/>
    <w:rsid w:val="00394CBB"/>
    <w:rsid w:val="003C07C1"/>
    <w:rsid w:val="0044581A"/>
    <w:rsid w:val="00491550"/>
    <w:rsid w:val="006873FC"/>
    <w:rsid w:val="006A1302"/>
    <w:rsid w:val="007530DA"/>
    <w:rsid w:val="007B0BC5"/>
    <w:rsid w:val="007D62C0"/>
    <w:rsid w:val="00914CC3"/>
    <w:rsid w:val="00AA1D8D"/>
    <w:rsid w:val="00B47730"/>
    <w:rsid w:val="00B953D2"/>
    <w:rsid w:val="00BB366B"/>
    <w:rsid w:val="00C32E97"/>
    <w:rsid w:val="00CB0664"/>
    <w:rsid w:val="00D22148"/>
    <w:rsid w:val="00DB7061"/>
    <w:rsid w:val="00EE3BB4"/>
    <w:rsid w:val="00FC5B9C"/>
    <w:rsid w:val="00FC693F"/>
    <w:rsid w:val="00FD6A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90034F"/>
  <w14:defaultImageDpi w14:val="300"/>
  <w15:docId w15:val="{75BB26CB-26D6-4AD1-BC1C-F47F48E20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FD6AE1"/>
    <w:pPr>
      <w:tabs>
        <w:tab w:val="right" w:leader="dot" w:pos="8630"/>
      </w:tabs>
      <w:spacing w:after="100"/>
    </w:pPr>
    <w:rPr>
      <w:rFonts w:ascii="Arial" w:hAnsi="Arial" w:cs="Arial"/>
      <w:noProof/>
      <w:lang w:val="en-AU"/>
    </w:rPr>
  </w:style>
  <w:style w:type="paragraph" w:styleId="TOC2">
    <w:name w:val="toc 2"/>
    <w:basedOn w:val="Normal"/>
    <w:next w:val="Normal"/>
    <w:autoRedefine/>
    <w:uiPriority w:val="39"/>
    <w:unhideWhenUsed/>
    <w:rsid w:val="007B0BC5"/>
    <w:pPr>
      <w:spacing w:after="100"/>
      <w:ind w:left="220"/>
    </w:pPr>
  </w:style>
  <w:style w:type="character" w:styleId="Hyperlink">
    <w:name w:val="Hyperlink"/>
    <w:basedOn w:val="DefaultParagraphFont"/>
    <w:uiPriority w:val="99"/>
    <w:unhideWhenUsed/>
    <w:rsid w:val="007B0BC5"/>
    <w:rPr>
      <w:color w:val="0000FF" w:themeColor="hyperlink"/>
      <w:u w:val="single"/>
    </w:rPr>
  </w:style>
  <w:style w:type="paragraph" w:customStyle="1" w:styleId="isselectedend">
    <w:name w:val="isselectedend"/>
    <w:basedOn w:val="Normal"/>
    <w:rsid w:val="006873FC"/>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paragraph" w:styleId="NormalWeb">
    <w:name w:val="Normal (Web)"/>
    <w:basedOn w:val="Normal"/>
    <w:uiPriority w:val="99"/>
    <w:unhideWhenUsed/>
    <w:rsid w:val="006873FC"/>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UnresolvedMention">
    <w:name w:val="Unresolved Mention"/>
    <w:basedOn w:val="DefaultParagraphFont"/>
    <w:uiPriority w:val="99"/>
    <w:semiHidden/>
    <w:unhideWhenUsed/>
    <w:rsid w:val="00491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ollongongcricket.com.au/services-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2668</TotalTime>
  <Pages>20</Pages>
  <Words>4065</Words>
  <Characters>26669</Characters>
  <Application>Microsoft Office Word</Application>
  <DocSecurity>0</DocSecurity>
  <Lines>630</Lines>
  <Paragraphs>359</Paragraphs>
  <ScaleCrop>false</ScaleCrop>
  <HeadingPairs>
    <vt:vector size="2" baseType="variant">
      <vt:variant>
        <vt:lpstr>Title</vt:lpstr>
      </vt:variant>
      <vt:variant>
        <vt:i4>1</vt:i4>
      </vt:variant>
    </vt:vector>
  </HeadingPairs>
  <TitlesOfParts>
    <vt:vector size="1" baseType="lpstr">
      <vt:lpstr/>
    </vt:vector>
  </TitlesOfParts>
  <Manager/>
  <Company>Wollongong District Cricket Club</Company>
  <LinksUpToDate>false</LinksUpToDate>
  <CharactersWithSpaces>30545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WDCC Volunteer Framework 2026-2028</dc:title>
  <dc:subject/>
  <dc:creator>Karen Quinton</dc:creator>
  <cp:keywords/>
  <dc:description/>
  <cp:lastModifiedBy>Karen Quinton</cp:lastModifiedBy>
  <cp:revision>7</cp:revision>
  <dcterms:created xsi:type="dcterms:W3CDTF">2026-07-20T12:18:00Z</dcterms:created>
  <dcterms:modified xsi:type="dcterms:W3CDTF">2026-07-22T11:09:00Z</dcterms:modified>
  <cp:category/>
</cp:coreProperties>
</file>